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3"/>
        <w:gridCol w:w="9865"/>
      </w:tblGrid>
      <w:tr w:rsidR="0016515F" w:rsidRPr="00951D50" w14:paraId="714D434B" w14:textId="77777777">
        <w:trPr>
          <w:jc w:val="center"/>
        </w:trPr>
        <w:tc>
          <w:tcPr>
            <w:tcW w:w="5273" w:type="dxa"/>
            <w:tcBorders>
              <w:top w:val="single" w:sz="0" w:space="0" w:color="FDFBF7"/>
              <w:left w:val="single" w:sz="0" w:space="0" w:color="FDFBF7"/>
              <w:bottom w:val="single" w:sz="0" w:space="0" w:color="FDFBF7"/>
              <w:right w:val="single" w:sz="0" w:space="0" w:color="FDFBF7"/>
            </w:tcBorders>
            <w:shd w:val="clear" w:color="auto" w:fill="FDF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20998" w14:textId="77777777" w:rsidR="0016515F" w:rsidRDefault="0016515F"/>
          <w:p w14:paraId="4C06E096" w14:textId="77777777" w:rsidR="0016515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C6C218" wp14:editId="46ABE63B">
                  <wp:extent cx="2808529" cy="280852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teamfairfamily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779" cy="2812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65" w:type="dxa"/>
            <w:tcBorders>
              <w:top w:val="single" w:sz="0" w:space="0" w:color="FDFBF7"/>
              <w:left w:val="single" w:sz="0" w:space="0" w:color="FDFBF7"/>
              <w:bottom w:val="single" w:sz="0" w:space="0" w:color="FDFBF7"/>
              <w:right w:val="single" w:sz="0" w:space="0" w:color="FDFBF7"/>
            </w:tcBorders>
            <w:shd w:val="clear" w:color="auto" w:fill="FDF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2C890" w14:textId="77777777" w:rsidR="0016515F" w:rsidRDefault="0016515F"/>
          <w:p w14:paraId="1D350FA3" w14:textId="77777777" w:rsidR="0016515F" w:rsidRPr="00951D50" w:rsidRDefault="00000000">
            <w:pPr>
              <w:rPr>
                <w:lang w:val="de-DE"/>
              </w:rPr>
            </w:pPr>
            <w:proofErr w:type="spellStart"/>
            <w:r w:rsidRPr="00951D50">
              <w:rPr>
                <w:b/>
                <w:color w:val="385F68"/>
                <w:sz w:val="60"/>
                <w:lang w:val="de-DE"/>
              </w:rPr>
              <w:t>TeamFairFamily</w:t>
            </w:r>
            <w:proofErr w:type="spellEnd"/>
          </w:p>
          <w:p w14:paraId="17A59318" w14:textId="0A30CB1B" w:rsidR="0016515F" w:rsidRPr="00951D50" w:rsidRDefault="00000000">
            <w:pPr>
              <w:rPr>
                <w:lang w:val="de-DE"/>
              </w:rPr>
            </w:pPr>
            <w:r w:rsidRPr="00951D50">
              <w:rPr>
                <w:b/>
                <w:color w:val="C9705D"/>
                <w:sz w:val="30"/>
                <w:lang w:val="de-DE"/>
              </w:rPr>
              <w:t>Evaluationsbogen zur Test-App</w:t>
            </w:r>
          </w:p>
          <w:p w14:paraId="4608C002" w14:textId="77777777" w:rsidR="0016515F" w:rsidRPr="00951D50" w:rsidRDefault="00000000">
            <w:pPr>
              <w:spacing w:after="120"/>
              <w:rPr>
                <w:lang w:val="de-DE"/>
              </w:rPr>
            </w:pPr>
            <w:r w:rsidRPr="00951D50">
              <w:rPr>
                <w:b/>
                <w:sz w:val="24"/>
                <w:lang w:val="de-DE"/>
              </w:rPr>
              <w:t>Liebe Alltagsheldinnen und Alltagshelden,</w:t>
            </w:r>
          </w:p>
          <w:p w14:paraId="58BAE0B8" w14:textId="77777777" w:rsidR="0016515F" w:rsidRPr="00951D50" w:rsidRDefault="00000000">
            <w:pPr>
              <w:rPr>
                <w:lang w:val="de-DE"/>
              </w:rPr>
            </w:pPr>
            <w:r w:rsidRPr="00951D50">
              <w:rPr>
                <w:sz w:val="21"/>
                <w:lang w:val="de-DE"/>
              </w:rPr>
              <w:t xml:space="preserve">danke, dass ihr </w:t>
            </w:r>
            <w:proofErr w:type="spellStart"/>
            <w:r w:rsidRPr="00951D50">
              <w:rPr>
                <w:sz w:val="21"/>
                <w:lang w:val="de-DE"/>
              </w:rPr>
              <w:t>TeamFairFamily</w:t>
            </w:r>
            <w:proofErr w:type="spellEnd"/>
            <w:r w:rsidRPr="00951D50">
              <w:rPr>
                <w:sz w:val="21"/>
                <w:lang w:val="de-DE"/>
              </w:rPr>
              <w:t xml:space="preserve"> ausprobiert. Dieser Fragebogen soll bewusst kurz bleiben. Stichworte reichen. Es gibt keine richtigen oder falschen Antworten - uns interessiert, was euch beim freien Erkunden auffällt.</w:t>
            </w:r>
          </w:p>
          <w:p w14:paraId="144BE470" w14:textId="77777777" w:rsidR="0016515F" w:rsidRPr="00951D50" w:rsidRDefault="00000000">
            <w:pPr>
              <w:rPr>
                <w:lang w:val="de-DE"/>
              </w:rPr>
            </w:pPr>
            <w:r w:rsidRPr="00951D50">
              <w:rPr>
                <w:sz w:val="21"/>
                <w:lang w:val="de-DE"/>
              </w:rPr>
              <w:t xml:space="preserve">Bitte bewertet jedes </w:t>
            </w:r>
            <w:proofErr w:type="spellStart"/>
            <w:r w:rsidRPr="00951D50">
              <w:rPr>
                <w:sz w:val="21"/>
                <w:lang w:val="de-DE"/>
              </w:rPr>
              <w:t>We</w:t>
            </w:r>
            <w:proofErr w:type="spellEnd"/>
            <w:r w:rsidRPr="00951D50">
              <w:rPr>
                <w:sz w:val="21"/>
                <w:lang w:val="de-DE"/>
              </w:rPr>
              <w:t xml:space="preserve"> mit zwei Kreuzen und einem kurzen Satz.</w:t>
            </w:r>
          </w:p>
          <w:p w14:paraId="3E875E40" w14:textId="77777777" w:rsidR="0016515F" w:rsidRPr="00951D50" w:rsidRDefault="00000000">
            <w:pPr>
              <w:rPr>
                <w:lang w:val="de-DE"/>
              </w:rPr>
            </w:pPr>
            <w:r w:rsidRPr="00951D50">
              <w:rPr>
                <w:b/>
                <w:color w:val="385F68"/>
                <w:lang w:val="de-DE"/>
              </w:rPr>
              <w:t xml:space="preserve">Skala: </w:t>
            </w:r>
            <w:r w:rsidRPr="00951D50">
              <w:rPr>
                <w:color w:val="7C7770"/>
                <w:lang w:val="de-DE"/>
              </w:rPr>
              <w:t>1 = gar nicht / sehr schwierig   |   5 = sehr / sehr leicht</w:t>
            </w:r>
          </w:p>
          <w:p w14:paraId="6A37949D" w14:textId="77777777" w:rsidR="0016515F" w:rsidRPr="00951D50" w:rsidRDefault="00000000">
            <w:pPr>
              <w:rPr>
                <w:lang w:val="de-DE"/>
              </w:rPr>
            </w:pPr>
            <w:r w:rsidRPr="00951D50">
              <w:rPr>
                <w:b/>
                <w:color w:val="385F68"/>
                <w:lang w:val="de-DE"/>
              </w:rPr>
              <w:t xml:space="preserve">Rücksendung: </w:t>
            </w:r>
            <w:r w:rsidRPr="00951D50">
              <w:rPr>
                <w:color w:val="7C7770"/>
                <w:lang w:val="de-DE"/>
              </w:rPr>
              <w:t>Bitte sendet den ausgefüllten Bogen an kontakt@teamfairfamily.de</w:t>
            </w:r>
          </w:p>
        </w:tc>
      </w:tr>
    </w:tbl>
    <w:p w14:paraId="3C1B828B" w14:textId="77777777" w:rsidR="0016515F" w:rsidRDefault="00000000">
      <w:pPr>
        <w:spacing w:before="200"/>
      </w:pPr>
      <w:r>
        <w:rPr>
          <w:b/>
          <w:color w:val="385F68"/>
          <w:sz w:val="28"/>
        </w:rPr>
        <w:t xml:space="preserve">Kurz </w:t>
      </w:r>
      <w:proofErr w:type="spellStart"/>
      <w:r>
        <w:rPr>
          <w:b/>
          <w:color w:val="385F68"/>
          <w:sz w:val="28"/>
        </w:rPr>
        <w:t>zu</w:t>
      </w:r>
      <w:proofErr w:type="spellEnd"/>
      <w:r>
        <w:rPr>
          <w:b/>
          <w:color w:val="385F68"/>
          <w:sz w:val="28"/>
        </w:rPr>
        <w:t xml:space="preserve"> </w:t>
      </w:r>
      <w:proofErr w:type="spellStart"/>
      <w:r>
        <w:rPr>
          <w:b/>
          <w:color w:val="385F68"/>
          <w:sz w:val="28"/>
        </w:rPr>
        <w:t>eurem</w:t>
      </w:r>
      <w:proofErr w:type="spellEnd"/>
      <w:r>
        <w:rPr>
          <w:b/>
          <w:color w:val="385F68"/>
          <w:sz w:val="28"/>
        </w:rPr>
        <w:t xml:space="preserve"> Test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541"/>
        <w:gridCol w:w="7541"/>
      </w:tblGrid>
      <w:tr w:rsidR="0016515F" w:rsidRPr="00951D50" w14:paraId="393B1963" w14:textId="77777777">
        <w:trPr>
          <w:jc w:val="center"/>
        </w:trPr>
        <w:tc>
          <w:tcPr>
            <w:tcW w:w="754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6BD05D" w14:textId="77777777" w:rsidR="0016515F" w:rsidRPr="00951D50" w:rsidRDefault="00000000">
            <w:pPr>
              <w:rPr>
                <w:sz w:val="22"/>
                <w:szCs w:val="24"/>
              </w:rPr>
            </w:pPr>
            <w:r w:rsidRPr="00951D50">
              <w:rPr>
                <w:b/>
                <w:color w:val="385F68"/>
                <w:sz w:val="22"/>
                <w:szCs w:val="24"/>
              </w:rPr>
              <w:t>Wie habt ihr getestet?</w:t>
            </w:r>
          </w:p>
        </w:tc>
        <w:tc>
          <w:tcPr>
            <w:tcW w:w="754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25264C" w14:textId="77777777" w:rsidR="0016515F" w:rsidRPr="00951D50" w:rsidRDefault="00000000">
            <w:pPr>
              <w:rPr>
                <w:sz w:val="22"/>
                <w:szCs w:val="24"/>
                <w:lang w:val="de-DE"/>
              </w:rPr>
            </w:pPr>
            <w:r w:rsidRPr="00951D50">
              <w:rPr>
                <w:sz w:val="22"/>
                <w:szCs w:val="24"/>
                <w:lang w:val="de-DE"/>
              </w:rPr>
              <w:t>□ zusammen   □ nacheinander   □ nur kurz angeschaut</w:t>
            </w:r>
          </w:p>
        </w:tc>
      </w:tr>
      <w:tr w:rsidR="0016515F" w:rsidRPr="00951D50" w14:paraId="3CC7FC74" w14:textId="77777777">
        <w:trPr>
          <w:jc w:val="center"/>
        </w:trPr>
        <w:tc>
          <w:tcPr>
            <w:tcW w:w="754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49B479" w14:textId="77777777" w:rsidR="0016515F" w:rsidRPr="00951D50" w:rsidRDefault="00000000">
            <w:pPr>
              <w:rPr>
                <w:sz w:val="22"/>
                <w:szCs w:val="24"/>
              </w:rPr>
            </w:pPr>
            <w:r w:rsidRPr="00951D50">
              <w:rPr>
                <w:b/>
                <w:color w:val="385F68"/>
                <w:sz w:val="22"/>
                <w:szCs w:val="24"/>
              </w:rPr>
              <w:t xml:space="preserve">Wie </w:t>
            </w:r>
            <w:proofErr w:type="spellStart"/>
            <w:r w:rsidRPr="00951D50">
              <w:rPr>
                <w:b/>
                <w:color w:val="385F68"/>
                <w:sz w:val="22"/>
                <w:szCs w:val="24"/>
              </w:rPr>
              <w:t>lange</w:t>
            </w:r>
            <w:proofErr w:type="spellEnd"/>
            <w:r w:rsidRPr="00951D50">
              <w:rPr>
                <w:b/>
                <w:color w:val="385F68"/>
                <w:sz w:val="22"/>
                <w:szCs w:val="24"/>
              </w:rPr>
              <w:t xml:space="preserve"> </w:t>
            </w:r>
            <w:proofErr w:type="spellStart"/>
            <w:r w:rsidRPr="00951D50">
              <w:rPr>
                <w:b/>
                <w:color w:val="385F68"/>
                <w:sz w:val="22"/>
                <w:szCs w:val="24"/>
              </w:rPr>
              <w:t>ungefähr</w:t>
            </w:r>
            <w:proofErr w:type="spellEnd"/>
            <w:r w:rsidRPr="00951D50">
              <w:rPr>
                <w:b/>
                <w:color w:val="385F68"/>
                <w:sz w:val="22"/>
                <w:szCs w:val="24"/>
              </w:rPr>
              <w:t>?</w:t>
            </w:r>
          </w:p>
        </w:tc>
        <w:tc>
          <w:tcPr>
            <w:tcW w:w="754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9D40B3" w14:textId="77777777" w:rsidR="0016515F" w:rsidRPr="00951D50" w:rsidRDefault="00000000">
            <w:pPr>
              <w:rPr>
                <w:sz w:val="22"/>
                <w:szCs w:val="24"/>
                <w:lang w:val="de-DE"/>
              </w:rPr>
            </w:pPr>
            <w:r w:rsidRPr="00951D50">
              <w:rPr>
                <w:sz w:val="22"/>
                <w:szCs w:val="24"/>
                <w:lang w:val="de-DE"/>
              </w:rPr>
              <w:t>□ unter 10 Min.   □ 10-20 Min.   □ 20-40 Min.   □ über 40 Min.</w:t>
            </w:r>
          </w:p>
        </w:tc>
      </w:tr>
      <w:tr w:rsidR="0016515F" w:rsidRPr="00951D50" w14:paraId="081D761D" w14:textId="77777777">
        <w:trPr>
          <w:jc w:val="center"/>
        </w:trPr>
        <w:tc>
          <w:tcPr>
            <w:tcW w:w="754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2CB76B" w14:textId="77777777" w:rsidR="0016515F" w:rsidRPr="00951D50" w:rsidRDefault="00000000">
            <w:pPr>
              <w:rPr>
                <w:sz w:val="22"/>
                <w:szCs w:val="24"/>
              </w:rPr>
            </w:pPr>
            <w:proofErr w:type="spellStart"/>
            <w:r w:rsidRPr="00951D50">
              <w:rPr>
                <w:b/>
                <w:color w:val="385F68"/>
                <w:sz w:val="22"/>
                <w:szCs w:val="24"/>
              </w:rPr>
              <w:t>Euer</w:t>
            </w:r>
            <w:proofErr w:type="spellEnd"/>
            <w:r w:rsidRPr="00951D50">
              <w:rPr>
                <w:b/>
                <w:color w:val="385F68"/>
                <w:sz w:val="22"/>
                <w:szCs w:val="24"/>
              </w:rPr>
              <w:t xml:space="preserve"> </w:t>
            </w:r>
            <w:proofErr w:type="spellStart"/>
            <w:r w:rsidRPr="00951D50">
              <w:rPr>
                <w:b/>
                <w:color w:val="385F68"/>
                <w:sz w:val="22"/>
                <w:szCs w:val="24"/>
              </w:rPr>
              <w:t>Alltag</w:t>
            </w:r>
            <w:proofErr w:type="spellEnd"/>
            <w:r w:rsidRPr="00951D50">
              <w:rPr>
                <w:b/>
                <w:color w:val="385F68"/>
                <w:sz w:val="22"/>
                <w:szCs w:val="24"/>
              </w:rPr>
              <w:t xml:space="preserve"> </w:t>
            </w:r>
            <w:proofErr w:type="spellStart"/>
            <w:r w:rsidRPr="00951D50">
              <w:rPr>
                <w:b/>
                <w:color w:val="385F68"/>
                <w:sz w:val="22"/>
                <w:szCs w:val="24"/>
              </w:rPr>
              <w:t>aktuell</w:t>
            </w:r>
            <w:proofErr w:type="spellEnd"/>
            <w:r w:rsidRPr="00951D50">
              <w:rPr>
                <w:b/>
                <w:color w:val="385F68"/>
                <w:sz w:val="22"/>
                <w:szCs w:val="24"/>
              </w:rPr>
              <w:t xml:space="preserve"> </w:t>
            </w:r>
            <w:proofErr w:type="spellStart"/>
            <w:r w:rsidRPr="00951D50">
              <w:rPr>
                <w:b/>
                <w:color w:val="385F68"/>
                <w:sz w:val="22"/>
                <w:szCs w:val="24"/>
              </w:rPr>
              <w:t>enthält</w:t>
            </w:r>
            <w:proofErr w:type="spellEnd"/>
            <w:r w:rsidRPr="00951D50">
              <w:rPr>
                <w:b/>
                <w:color w:val="385F68"/>
                <w:sz w:val="22"/>
                <w:szCs w:val="24"/>
              </w:rPr>
              <w:t>:</w:t>
            </w:r>
          </w:p>
        </w:tc>
        <w:tc>
          <w:tcPr>
            <w:tcW w:w="754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857670" w14:textId="77777777" w:rsidR="0016515F" w:rsidRPr="00951D50" w:rsidRDefault="00000000">
            <w:pPr>
              <w:rPr>
                <w:sz w:val="22"/>
                <w:szCs w:val="24"/>
                <w:lang w:val="de-DE"/>
              </w:rPr>
            </w:pPr>
            <w:r w:rsidRPr="00951D50">
              <w:rPr>
                <w:sz w:val="22"/>
                <w:szCs w:val="24"/>
                <w:lang w:val="de-DE"/>
              </w:rPr>
              <w:t>□ Kinder   □ Haustiere   □ Pflege   □ Haus/Eigentum   □ lieber keine Angabe</w:t>
            </w:r>
          </w:p>
        </w:tc>
      </w:tr>
    </w:tbl>
    <w:p w14:paraId="59DE421C" w14:textId="77777777" w:rsidR="00951D50" w:rsidRPr="00951D50" w:rsidRDefault="00951D50">
      <w:pPr>
        <w:spacing w:before="280"/>
        <w:rPr>
          <w:b/>
          <w:color w:val="385F68"/>
          <w:sz w:val="32"/>
          <w:lang w:val="de-DE"/>
        </w:rPr>
      </w:pPr>
    </w:p>
    <w:p w14:paraId="608C815C" w14:textId="77777777" w:rsidR="00951D50" w:rsidRPr="00951D50" w:rsidRDefault="00951D50">
      <w:pPr>
        <w:spacing w:before="280"/>
        <w:rPr>
          <w:b/>
          <w:color w:val="385F68"/>
          <w:sz w:val="32"/>
          <w:lang w:val="de-DE"/>
        </w:rPr>
      </w:pPr>
    </w:p>
    <w:p w14:paraId="6D48FEB0" w14:textId="52DA0859" w:rsidR="0016515F" w:rsidRPr="00951D50" w:rsidRDefault="00000000" w:rsidP="00763F50">
      <w:pPr>
        <w:tabs>
          <w:tab w:val="right" w:pos="15420"/>
        </w:tabs>
        <w:spacing w:before="280"/>
        <w:rPr>
          <w:lang w:val="de-DE"/>
        </w:rPr>
      </w:pPr>
      <w:r w:rsidRPr="00951D50">
        <w:rPr>
          <w:b/>
          <w:color w:val="385F68"/>
          <w:sz w:val="32"/>
          <w:lang w:val="de-DE"/>
        </w:rPr>
        <w:lastRenderedPageBreak/>
        <w:t xml:space="preserve">1. Feedback zu den </w:t>
      </w:r>
      <w:proofErr w:type="spellStart"/>
      <w:r w:rsidRPr="00951D50">
        <w:rPr>
          <w:b/>
          <w:color w:val="385F68"/>
          <w:sz w:val="32"/>
          <w:lang w:val="de-DE"/>
        </w:rPr>
        <w:t>We’s</w:t>
      </w:r>
      <w:proofErr w:type="spellEnd"/>
      <w:r w:rsidR="00763F50">
        <w:rPr>
          <w:b/>
          <w:color w:val="385F68"/>
          <w:sz w:val="32"/>
          <w:lang w:val="de-DE"/>
        </w:rPr>
        <w:tab/>
      </w:r>
    </w:p>
    <w:p w14:paraId="245FA312" w14:textId="0A101008" w:rsidR="0016515F" w:rsidRPr="00951D50" w:rsidRDefault="00000000">
      <w:pPr>
        <w:rPr>
          <w:lang w:val="de-DE"/>
        </w:rPr>
      </w:pPr>
      <w:r w:rsidRPr="00951D50">
        <w:rPr>
          <w:color w:val="7C7770"/>
          <w:sz w:val="17"/>
          <w:lang w:val="de-DE"/>
        </w:rPr>
        <w:t xml:space="preserve">Bitte pro </w:t>
      </w:r>
      <w:proofErr w:type="spellStart"/>
      <w:r w:rsidRPr="00951D50">
        <w:rPr>
          <w:color w:val="7C7770"/>
          <w:sz w:val="17"/>
          <w:lang w:val="de-DE"/>
        </w:rPr>
        <w:t>We</w:t>
      </w:r>
      <w:proofErr w:type="spellEnd"/>
      <w:r w:rsidRPr="00951D50">
        <w:rPr>
          <w:color w:val="7C7770"/>
          <w:sz w:val="17"/>
          <w:lang w:val="de-DE"/>
        </w:rPr>
        <w:t xml:space="preserve"> nur zwei Kreuze und einen kurzen Satz. Das reicht.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78"/>
        <w:gridCol w:w="3231"/>
        <w:gridCol w:w="3231"/>
        <w:gridCol w:w="6350"/>
      </w:tblGrid>
      <w:tr w:rsidR="0016515F" w:rsidRPr="00951D50" w14:paraId="6A04C70B" w14:textId="77777777">
        <w:trPr>
          <w:tblHeader/>
          <w:jc w:val="center"/>
        </w:trPr>
        <w:tc>
          <w:tcPr>
            <w:tcW w:w="27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85F68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3FFAA35" w14:textId="2EE98DA7" w:rsidR="0016515F" w:rsidRPr="00951D50" w:rsidRDefault="0016515F">
            <w:pPr>
              <w:rPr>
                <w:lang w:val="de-DE"/>
              </w:rPr>
            </w:pPr>
          </w:p>
          <w:p w14:paraId="02315D5E" w14:textId="2FFC31BB" w:rsidR="0016515F" w:rsidRDefault="00000000">
            <w:r>
              <w:rPr>
                <w:b/>
                <w:color w:val="FFFFFF"/>
                <w:sz w:val="17"/>
              </w:rPr>
              <w:t>We</w:t>
            </w:r>
          </w:p>
        </w:tc>
        <w:tc>
          <w:tcPr>
            <w:tcW w:w="32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85F68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AD795C6" w14:textId="77777777" w:rsidR="0016515F" w:rsidRPr="00951D50" w:rsidRDefault="0016515F">
            <w:pPr>
              <w:rPr>
                <w:lang w:val="de-DE"/>
              </w:rPr>
            </w:pPr>
          </w:p>
          <w:p w14:paraId="7B99905D" w14:textId="77777777" w:rsidR="0016515F" w:rsidRPr="00951D50" w:rsidRDefault="00000000">
            <w:pPr>
              <w:rPr>
                <w:lang w:val="de-DE"/>
              </w:rPr>
            </w:pPr>
            <w:r w:rsidRPr="00951D50">
              <w:rPr>
                <w:b/>
                <w:color w:val="FFFFFF"/>
                <w:sz w:val="17"/>
                <w:lang w:val="de-DE"/>
              </w:rPr>
              <w:t xml:space="preserve">Hat euch dieses </w:t>
            </w:r>
            <w:proofErr w:type="spellStart"/>
            <w:r w:rsidRPr="00951D50">
              <w:rPr>
                <w:b/>
                <w:color w:val="FFFFFF"/>
                <w:sz w:val="17"/>
                <w:lang w:val="de-DE"/>
              </w:rPr>
              <w:t>We</w:t>
            </w:r>
            <w:proofErr w:type="spellEnd"/>
            <w:r w:rsidRPr="00951D50">
              <w:rPr>
                <w:b/>
                <w:color w:val="FFFFFF"/>
                <w:sz w:val="17"/>
                <w:lang w:val="de-DE"/>
              </w:rPr>
              <w:t xml:space="preserve"> geholfen?</w:t>
            </w:r>
          </w:p>
        </w:tc>
        <w:tc>
          <w:tcPr>
            <w:tcW w:w="32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85F68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D4442E9" w14:textId="77777777" w:rsidR="0016515F" w:rsidRPr="00951D50" w:rsidRDefault="0016515F">
            <w:pPr>
              <w:rPr>
                <w:lang w:val="de-DE"/>
              </w:rPr>
            </w:pPr>
          </w:p>
          <w:p w14:paraId="4EC7B9B0" w14:textId="77777777" w:rsidR="0016515F" w:rsidRPr="00951D50" w:rsidRDefault="00000000">
            <w:pPr>
              <w:rPr>
                <w:lang w:val="de-DE"/>
              </w:rPr>
            </w:pPr>
            <w:r w:rsidRPr="00951D50">
              <w:rPr>
                <w:b/>
                <w:color w:val="FFFFFF"/>
                <w:sz w:val="17"/>
                <w:lang w:val="de-DE"/>
              </w:rPr>
              <w:t>War es leicht zu verstehen?</w:t>
            </w:r>
          </w:p>
        </w:tc>
        <w:tc>
          <w:tcPr>
            <w:tcW w:w="6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85F68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F2B74FE" w14:textId="77777777" w:rsidR="0016515F" w:rsidRPr="00951D50" w:rsidRDefault="0016515F">
            <w:pPr>
              <w:rPr>
                <w:lang w:val="de-DE"/>
              </w:rPr>
            </w:pPr>
          </w:p>
          <w:p w14:paraId="21342F3C" w14:textId="77777777" w:rsidR="0016515F" w:rsidRPr="00951D50" w:rsidRDefault="00000000">
            <w:pPr>
              <w:rPr>
                <w:lang w:val="de-DE"/>
              </w:rPr>
            </w:pPr>
            <w:r w:rsidRPr="00951D50">
              <w:rPr>
                <w:b/>
                <w:color w:val="FFFFFF"/>
                <w:sz w:val="17"/>
                <w:lang w:val="de-DE"/>
              </w:rPr>
              <w:t>Ein Satz dazu: Was war gut oder sollte anders sein?</w:t>
            </w:r>
          </w:p>
        </w:tc>
      </w:tr>
      <w:tr w:rsidR="0016515F" w14:paraId="08C32DB6" w14:textId="77777777">
        <w:trPr>
          <w:cantSplit/>
          <w:jc w:val="center"/>
        </w:trPr>
        <w:tc>
          <w:tcPr>
            <w:tcW w:w="2778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F4FB9F" w14:textId="346E111B" w:rsidR="00951D50" w:rsidRDefault="00951D50">
            <w:pPr>
              <w:rPr>
                <w:lang w:val="de-DE"/>
              </w:rPr>
            </w:pPr>
            <w:r>
              <w:rPr>
                <w:noProof/>
              </w:rPr>
              <w:drawing>
                <wp:anchor distT="0" distB="0" distL="114300" distR="114300" simplePos="0" relativeHeight="251636736" behindDoc="0" locked="0" layoutInCell="1" allowOverlap="1" wp14:anchorId="4B924428" wp14:editId="4D44916A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-81915</wp:posOffset>
                  </wp:positionV>
                  <wp:extent cx="720000" cy="7200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con-weconnec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54DE51" w14:textId="44DDEF48" w:rsidR="0016515F" w:rsidRPr="00951D50" w:rsidRDefault="0016515F">
            <w:pPr>
              <w:rPr>
                <w:lang w:val="de-DE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1956"/>
            </w:tblGrid>
            <w:tr w:rsidR="0016515F" w14:paraId="3729DF4E" w14:textId="77777777">
              <w:tc>
                <w:tcPr>
                  <w:tcW w:w="595" w:type="dxa"/>
                  <w:tcBorders>
                    <w:top w:val="single" w:sz="0" w:space="0" w:color="FFF8EF"/>
                    <w:left w:val="single" w:sz="0" w:space="0" w:color="FFF8EF"/>
                    <w:bottom w:val="single" w:sz="0" w:space="0" w:color="FFF8EF"/>
                    <w:right w:val="single" w:sz="0" w:space="0" w:color="FFF8E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E1A3CA" w14:textId="77777777" w:rsidR="0016515F" w:rsidRPr="00951D50" w:rsidRDefault="0016515F" w:rsidP="00951D50">
                  <w:pPr>
                    <w:pStyle w:val="Listenabsatz"/>
                    <w:rPr>
                      <w:sz w:val="18"/>
                      <w:lang w:val="de-DE"/>
                    </w:rPr>
                  </w:pPr>
                </w:p>
                <w:p w14:paraId="29555879" w14:textId="30F23E36" w:rsidR="0016515F" w:rsidRPr="00951D50" w:rsidRDefault="0016515F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1956" w:type="dxa"/>
                  <w:tcBorders>
                    <w:top w:val="single" w:sz="0" w:space="0" w:color="FFF8EF"/>
                    <w:left w:val="single" w:sz="0" w:space="0" w:color="FFF8EF"/>
                    <w:bottom w:val="single" w:sz="0" w:space="0" w:color="FFF8EF"/>
                    <w:right w:val="single" w:sz="0" w:space="0" w:color="FFF8E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44BD59" w14:textId="77777777" w:rsidR="0016515F" w:rsidRPr="00951D50" w:rsidRDefault="00000000" w:rsidP="00951D50">
                  <w:pPr>
                    <w:rPr>
                      <w:sz w:val="18"/>
                    </w:rPr>
                  </w:pPr>
                  <w:proofErr w:type="spellStart"/>
                  <w:r w:rsidRPr="00951D50">
                    <w:rPr>
                      <w:b/>
                      <w:color w:val="385F68"/>
                      <w:sz w:val="18"/>
                    </w:rPr>
                    <w:t>WeConnect</w:t>
                  </w:r>
                  <w:proofErr w:type="spellEnd"/>
                </w:p>
                <w:p w14:paraId="7020D8CB" w14:textId="77777777" w:rsidR="0016515F" w:rsidRPr="00951D50" w:rsidRDefault="00000000" w:rsidP="00951D50">
                  <w:pPr>
                    <w:rPr>
                      <w:sz w:val="18"/>
                    </w:rPr>
                  </w:pPr>
                  <w:r w:rsidRPr="00951D50">
                    <w:rPr>
                      <w:color w:val="7C7770"/>
                      <w:sz w:val="18"/>
                    </w:rPr>
                    <w:t>Heimathafen / Orientierung</w:t>
                  </w:r>
                </w:p>
              </w:tc>
            </w:tr>
          </w:tbl>
          <w:p w14:paraId="5C687B0A" w14:textId="77777777" w:rsidR="0016515F" w:rsidRDefault="0016515F"/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F452851" w14:textId="406126FC" w:rsidR="0016515F" w:rsidRPr="00951D50" w:rsidRDefault="0016515F">
            <w:pPr>
              <w:rPr>
                <w:sz w:val="36"/>
                <w:szCs w:val="36"/>
              </w:rPr>
            </w:pPr>
          </w:p>
          <w:p w14:paraId="0B2884AB" w14:textId="3538BC59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765469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52911423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6350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2BE744F" w14:textId="77777777" w:rsidR="0016515F" w:rsidRDefault="0016515F"/>
          <w:p w14:paraId="7F80BC42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30995137" w14:textId="77777777">
        <w:trPr>
          <w:cantSplit/>
          <w:jc w:val="center"/>
        </w:trPr>
        <w:tc>
          <w:tcPr>
            <w:tcW w:w="2778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2BD4ACD" w14:textId="07DEB93B" w:rsidR="0016515F" w:rsidRDefault="00951D50">
            <w:r>
              <w:rPr>
                <w:noProof/>
              </w:rPr>
              <w:drawing>
                <wp:anchor distT="0" distB="0" distL="114300" distR="114300" simplePos="0" relativeHeight="251643904" behindDoc="0" locked="0" layoutInCell="1" allowOverlap="1" wp14:anchorId="4B81E503" wp14:editId="5A8B6AFE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-31115</wp:posOffset>
                  </wp:positionV>
                  <wp:extent cx="719455" cy="71945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con-wemeet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1956"/>
            </w:tblGrid>
            <w:tr w:rsidR="0016515F" w:rsidRPr="00951D50" w14:paraId="0F41D94F" w14:textId="77777777">
              <w:tc>
                <w:tcPr>
                  <w:tcW w:w="59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EB7056" w14:textId="77777777" w:rsidR="0016515F" w:rsidRDefault="0016515F"/>
                <w:p w14:paraId="4D419997" w14:textId="4B251E2B" w:rsidR="0016515F" w:rsidRDefault="0016515F">
                  <w:pPr>
                    <w:jc w:val="center"/>
                  </w:pPr>
                </w:p>
              </w:tc>
              <w:tc>
                <w:tcPr>
                  <w:tcW w:w="19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AE038E" w14:textId="10BE90A1" w:rsidR="0016515F" w:rsidRPr="00951D50" w:rsidRDefault="0016515F">
                  <w:pPr>
                    <w:rPr>
                      <w:sz w:val="18"/>
                      <w:szCs w:val="18"/>
                    </w:rPr>
                  </w:pPr>
                </w:p>
                <w:p w14:paraId="76CB4649" w14:textId="776B096B" w:rsidR="0016515F" w:rsidRPr="00951D50" w:rsidRDefault="00000000">
                  <w:pPr>
                    <w:rPr>
                      <w:sz w:val="18"/>
                      <w:szCs w:val="18"/>
                      <w:lang w:val="de-DE"/>
                    </w:rPr>
                  </w:pPr>
                  <w:proofErr w:type="spellStart"/>
                  <w:r w:rsidRPr="00951D50">
                    <w:rPr>
                      <w:b/>
                      <w:color w:val="385F68"/>
                      <w:sz w:val="18"/>
                      <w:szCs w:val="18"/>
                      <w:lang w:val="de-DE"/>
                    </w:rPr>
                    <w:t>WeMeet</w:t>
                  </w:r>
                  <w:proofErr w:type="spellEnd"/>
                </w:p>
                <w:p w14:paraId="6F544757" w14:textId="77777777" w:rsidR="0016515F" w:rsidRPr="00951D50" w:rsidRDefault="00000000">
                  <w:pPr>
                    <w:rPr>
                      <w:sz w:val="18"/>
                      <w:szCs w:val="18"/>
                      <w:lang w:val="de-DE"/>
                    </w:rPr>
                  </w:pPr>
                  <w:r w:rsidRPr="00951D50">
                    <w:rPr>
                      <w:color w:val="7C7770"/>
                      <w:sz w:val="18"/>
                      <w:szCs w:val="18"/>
                      <w:lang w:val="de-DE"/>
                    </w:rPr>
                    <w:t>Check-in für beide</w:t>
                  </w:r>
                </w:p>
              </w:tc>
            </w:tr>
          </w:tbl>
          <w:p w14:paraId="6C3A532F" w14:textId="77777777" w:rsidR="0016515F" w:rsidRPr="00951D50" w:rsidRDefault="0016515F">
            <w:pPr>
              <w:rPr>
                <w:lang w:val="de-DE"/>
              </w:rPr>
            </w:pPr>
          </w:p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49627B7" w14:textId="56784B09" w:rsidR="0016515F" w:rsidRPr="00951D50" w:rsidRDefault="0016515F">
            <w:pPr>
              <w:rPr>
                <w:sz w:val="36"/>
                <w:szCs w:val="36"/>
                <w:lang w:val="de-DE"/>
              </w:rPr>
            </w:pPr>
          </w:p>
          <w:p w14:paraId="5F7E51D9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16DEC8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646D562D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6350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8FED0A" w14:textId="77777777" w:rsidR="0016515F" w:rsidRDefault="0016515F"/>
          <w:p w14:paraId="198579AB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779A66FC" w14:textId="77777777">
        <w:trPr>
          <w:cantSplit/>
          <w:jc w:val="center"/>
        </w:trPr>
        <w:tc>
          <w:tcPr>
            <w:tcW w:w="2778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4CD7863" w14:textId="29B06E12" w:rsidR="0016515F" w:rsidRDefault="0016515F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1956"/>
            </w:tblGrid>
            <w:tr w:rsidR="0016515F" w14:paraId="2975071D" w14:textId="77777777">
              <w:tc>
                <w:tcPr>
                  <w:tcW w:w="595" w:type="dxa"/>
                  <w:tcBorders>
                    <w:top w:val="single" w:sz="0" w:space="0" w:color="FFF8EF"/>
                    <w:left w:val="single" w:sz="0" w:space="0" w:color="FFF8EF"/>
                    <w:bottom w:val="single" w:sz="0" w:space="0" w:color="FFF8EF"/>
                    <w:right w:val="single" w:sz="0" w:space="0" w:color="FFF8E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90136E" w14:textId="77777777" w:rsidR="0016515F" w:rsidRDefault="0016515F"/>
                <w:p w14:paraId="074635E9" w14:textId="6FFF9A67" w:rsidR="0016515F" w:rsidRDefault="0016515F">
                  <w:pPr>
                    <w:jc w:val="center"/>
                  </w:pPr>
                </w:p>
              </w:tc>
              <w:tc>
                <w:tcPr>
                  <w:tcW w:w="1956" w:type="dxa"/>
                  <w:tcBorders>
                    <w:top w:val="single" w:sz="0" w:space="0" w:color="FFF8EF"/>
                    <w:left w:val="single" w:sz="0" w:space="0" w:color="FFF8EF"/>
                    <w:bottom w:val="single" w:sz="0" w:space="0" w:color="FFF8EF"/>
                    <w:right w:val="single" w:sz="0" w:space="0" w:color="FFF8E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8EE20B" w14:textId="707B671A" w:rsidR="0016515F" w:rsidRPr="00951D50" w:rsidRDefault="00951D50">
                  <w:pPr>
                    <w:rPr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3120" behindDoc="0" locked="0" layoutInCell="1" allowOverlap="1" wp14:anchorId="7094B990" wp14:editId="31948A29">
                        <wp:simplePos x="0" y="0"/>
                        <wp:positionH relativeFrom="column">
                          <wp:posOffset>-69215</wp:posOffset>
                        </wp:positionH>
                        <wp:positionV relativeFrom="paragraph">
                          <wp:posOffset>-342265</wp:posOffset>
                        </wp:positionV>
                        <wp:extent cx="719455" cy="719455"/>
                        <wp:effectExtent l="0" t="0" r="0" b="0"/>
                        <wp:wrapNone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-wevalue.pn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9455" cy="719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238294E4" w14:textId="1AF09E1A" w:rsidR="0016515F" w:rsidRPr="00997F70" w:rsidRDefault="00000000">
                  <w:pPr>
                    <w:rPr>
                      <w:b/>
                      <w:color w:val="385F68"/>
                      <w:sz w:val="18"/>
                      <w:szCs w:val="18"/>
                      <w:lang w:val="de-DE"/>
                    </w:rPr>
                  </w:pPr>
                  <w:r w:rsidRPr="00997F70">
                    <w:rPr>
                      <w:b/>
                      <w:color w:val="385F68"/>
                      <w:sz w:val="18"/>
                      <w:szCs w:val="18"/>
                      <w:lang w:val="de-DE"/>
                    </w:rPr>
                    <w:t>WeValue</w:t>
                  </w:r>
                </w:p>
                <w:p w14:paraId="6396C0F3" w14:textId="77777777" w:rsidR="0016515F" w:rsidRDefault="00000000">
                  <w:proofErr w:type="spellStart"/>
                  <w:r w:rsidRPr="00951D50">
                    <w:rPr>
                      <w:color w:val="7C7770"/>
                      <w:sz w:val="18"/>
                      <w:szCs w:val="18"/>
                    </w:rPr>
                    <w:t>Werte-Kompass</w:t>
                  </w:r>
                  <w:proofErr w:type="spellEnd"/>
                </w:p>
              </w:tc>
            </w:tr>
          </w:tbl>
          <w:p w14:paraId="099EBF67" w14:textId="77777777" w:rsidR="0016515F" w:rsidRDefault="0016515F"/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A217A0F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6154484C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6663F2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68154109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6350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6CD582" w14:textId="77777777" w:rsidR="0016515F" w:rsidRDefault="0016515F"/>
          <w:p w14:paraId="74478A88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36699FF8" w14:textId="77777777">
        <w:trPr>
          <w:cantSplit/>
          <w:jc w:val="center"/>
        </w:trPr>
        <w:tc>
          <w:tcPr>
            <w:tcW w:w="2778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9B388B" w14:textId="1DAF9DA8" w:rsidR="00951D50" w:rsidRDefault="00951D50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1956"/>
            </w:tblGrid>
            <w:tr w:rsidR="0016515F" w14:paraId="0A2BDD2A" w14:textId="77777777">
              <w:tc>
                <w:tcPr>
                  <w:tcW w:w="59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A4EC13" w14:textId="41E6FC5F" w:rsidR="0016515F" w:rsidRPr="00951D50" w:rsidRDefault="0016515F">
                  <w:pPr>
                    <w:rPr>
                      <w:sz w:val="18"/>
                      <w:szCs w:val="18"/>
                    </w:rPr>
                  </w:pPr>
                </w:p>
                <w:p w14:paraId="2F014A07" w14:textId="67AEE841" w:rsidR="0016515F" w:rsidRPr="00951D50" w:rsidRDefault="0016515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81C011" w14:textId="6E430FD1" w:rsidR="0016515F" w:rsidRPr="00951D50" w:rsidRDefault="00951D50">
                  <w:pPr>
                    <w:rPr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6192" behindDoc="0" locked="0" layoutInCell="1" allowOverlap="1" wp14:anchorId="50C92149" wp14:editId="73DCD55D">
                        <wp:simplePos x="0" y="0"/>
                        <wp:positionH relativeFrom="column">
                          <wp:posOffset>18415</wp:posOffset>
                        </wp:positionH>
                        <wp:positionV relativeFrom="paragraph">
                          <wp:posOffset>-351790</wp:posOffset>
                        </wp:positionV>
                        <wp:extent cx="720000" cy="720000"/>
                        <wp:effectExtent l="0" t="0" r="4445" b="0"/>
                        <wp:wrapNone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-weshare.pn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FB22322" w14:textId="77777777" w:rsidR="0016515F" w:rsidRPr="00951D50" w:rsidRDefault="00000000">
                  <w:pPr>
                    <w:rPr>
                      <w:sz w:val="18"/>
                      <w:szCs w:val="18"/>
                    </w:rPr>
                  </w:pPr>
                  <w:r w:rsidRPr="00951D50">
                    <w:rPr>
                      <w:b/>
                      <w:color w:val="385F68"/>
                      <w:sz w:val="18"/>
                      <w:szCs w:val="18"/>
                    </w:rPr>
                    <w:t>WeShare</w:t>
                  </w:r>
                </w:p>
                <w:p w14:paraId="3FFA8E24" w14:textId="77777777" w:rsidR="0016515F" w:rsidRPr="00951D50" w:rsidRDefault="00000000">
                  <w:pPr>
                    <w:rPr>
                      <w:sz w:val="18"/>
                      <w:szCs w:val="18"/>
                    </w:rPr>
                  </w:pPr>
                  <w:r w:rsidRPr="00951D50">
                    <w:rPr>
                      <w:color w:val="7C7770"/>
                      <w:sz w:val="18"/>
                      <w:szCs w:val="18"/>
                    </w:rPr>
                    <w:t>Verantwortung sichtbar machen</w:t>
                  </w:r>
                </w:p>
              </w:tc>
            </w:tr>
          </w:tbl>
          <w:p w14:paraId="4FD03ED1" w14:textId="77777777" w:rsidR="0016515F" w:rsidRDefault="0016515F"/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306B85D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33DB727F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4C43A26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76F77D46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6350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F8DCC7C" w14:textId="77777777" w:rsidR="0016515F" w:rsidRDefault="0016515F"/>
          <w:p w14:paraId="4DEA73CF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611CD376" w14:textId="77777777">
        <w:trPr>
          <w:cantSplit/>
          <w:jc w:val="center"/>
        </w:trPr>
        <w:tc>
          <w:tcPr>
            <w:tcW w:w="2778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D2AC9C9" w14:textId="31CAC8DE" w:rsidR="0016515F" w:rsidRDefault="0016515F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1956"/>
            </w:tblGrid>
            <w:tr w:rsidR="0016515F" w14:paraId="49E22B74" w14:textId="77777777">
              <w:tc>
                <w:tcPr>
                  <w:tcW w:w="595" w:type="dxa"/>
                  <w:tcBorders>
                    <w:top w:val="single" w:sz="0" w:space="0" w:color="FFF8EF"/>
                    <w:left w:val="single" w:sz="0" w:space="0" w:color="FFF8EF"/>
                    <w:bottom w:val="single" w:sz="0" w:space="0" w:color="FFF8EF"/>
                    <w:right w:val="single" w:sz="0" w:space="0" w:color="FFF8E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8BCB95" w14:textId="16493B3A" w:rsidR="0016515F" w:rsidRDefault="0016515F"/>
                <w:p w14:paraId="370DE95F" w14:textId="198A38B0" w:rsidR="0016515F" w:rsidRDefault="0016515F">
                  <w:pPr>
                    <w:jc w:val="center"/>
                  </w:pPr>
                </w:p>
              </w:tc>
              <w:tc>
                <w:tcPr>
                  <w:tcW w:w="1956" w:type="dxa"/>
                  <w:tcBorders>
                    <w:top w:val="single" w:sz="0" w:space="0" w:color="FFF8EF"/>
                    <w:left w:val="single" w:sz="0" w:space="0" w:color="FFF8EF"/>
                    <w:bottom w:val="single" w:sz="0" w:space="0" w:color="FFF8EF"/>
                    <w:right w:val="single" w:sz="0" w:space="0" w:color="FFF8E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BEBDFA" w14:textId="1271E1DC" w:rsidR="0016515F" w:rsidRDefault="00951D50">
                  <w:r>
                    <w:rPr>
                      <w:noProof/>
                    </w:rPr>
                    <w:drawing>
                      <wp:anchor distT="0" distB="0" distL="114300" distR="114300" simplePos="0" relativeHeight="251678720" behindDoc="0" locked="0" layoutInCell="1" allowOverlap="1" wp14:anchorId="06D77104" wp14:editId="6C1BB2DA">
                        <wp:simplePos x="0" y="0"/>
                        <wp:positionH relativeFrom="column">
                          <wp:posOffset>12065</wp:posOffset>
                        </wp:positionH>
                        <wp:positionV relativeFrom="paragraph">
                          <wp:posOffset>-354330</wp:posOffset>
                        </wp:positionV>
                        <wp:extent cx="720000" cy="720000"/>
                        <wp:effectExtent l="0" t="0" r="0" b="0"/>
                        <wp:wrapNone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-weclear.pn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F8AD8D7" w14:textId="77777777" w:rsidR="0016515F" w:rsidRPr="00951D50" w:rsidRDefault="00000000">
                  <w:pPr>
                    <w:rPr>
                      <w:sz w:val="18"/>
                      <w:szCs w:val="18"/>
                    </w:rPr>
                  </w:pPr>
                  <w:r w:rsidRPr="00951D50">
                    <w:rPr>
                      <w:b/>
                      <w:color w:val="385F68"/>
                      <w:sz w:val="18"/>
                      <w:szCs w:val="18"/>
                    </w:rPr>
                    <w:t>WeClear</w:t>
                  </w:r>
                </w:p>
                <w:p w14:paraId="1CAD92B7" w14:textId="77777777" w:rsidR="0016515F" w:rsidRDefault="00000000">
                  <w:r w:rsidRPr="00951D50">
                    <w:rPr>
                      <w:color w:val="7C7770"/>
                      <w:sz w:val="18"/>
                      <w:szCs w:val="18"/>
                    </w:rPr>
                    <w:t>Gut-genug klären</w:t>
                  </w:r>
                </w:p>
              </w:tc>
            </w:tr>
          </w:tbl>
          <w:p w14:paraId="04A9EB18" w14:textId="77777777" w:rsidR="0016515F" w:rsidRDefault="0016515F"/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ACA50E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4B44B971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8AF619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3C0FF2F3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6350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E83443" w14:textId="77777777" w:rsidR="0016515F" w:rsidRDefault="0016515F"/>
          <w:p w14:paraId="4929BBF7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517F22DA" w14:textId="77777777">
        <w:trPr>
          <w:cantSplit/>
          <w:jc w:val="center"/>
        </w:trPr>
        <w:tc>
          <w:tcPr>
            <w:tcW w:w="2778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E942D1" w14:textId="09C8C017" w:rsidR="0016515F" w:rsidRDefault="00951D50"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27A21173" wp14:editId="471AD9A0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-39370</wp:posOffset>
                  </wp:positionV>
                  <wp:extent cx="719455" cy="719455"/>
                  <wp:effectExtent l="0" t="0" r="444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con-weboost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1956"/>
            </w:tblGrid>
            <w:tr w:rsidR="0016515F" w14:paraId="5915E80C" w14:textId="77777777">
              <w:tc>
                <w:tcPr>
                  <w:tcW w:w="59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B50372" w14:textId="22A407B7" w:rsidR="0016515F" w:rsidRDefault="0016515F"/>
                <w:p w14:paraId="5F521D1B" w14:textId="6618488B" w:rsidR="0016515F" w:rsidRDefault="0016515F">
                  <w:pPr>
                    <w:jc w:val="center"/>
                  </w:pPr>
                </w:p>
              </w:tc>
              <w:tc>
                <w:tcPr>
                  <w:tcW w:w="19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3375D7" w14:textId="1704E283" w:rsidR="0016515F" w:rsidRDefault="0016515F"/>
                <w:p w14:paraId="0D3C9B91" w14:textId="77777777" w:rsidR="0016515F" w:rsidRPr="00951D50" w:rsidRDefault="00000000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51D50">
                    <w:rPr>
                      <w:b/>
                      <w:color w:val="385F68"/>
                      <w:sz w:val="18"/>
                      <w:szCs w:val="18"/>
                    </w:rPr>
                    <w:t>WeBoost</w:t>
                  </w:r>
                  <w:proofErr w:type="spellEnd"/>
                </w:p>
                <w:p w14:paraId="6928B0DC" w14:textId="77777777" w:rsidR="0016515F" w:rsidRDefault="00000000">
                  <w:proofErr w:type="spellStart"/>
                  <w:r w:rsidRPr="00951D50">
                    <w:rPr>
                      <w:color w:val="7C7770"/>
                      <w:sz w:val="18"/>
                      <w:szCs w:val="18"/>
                    </w:rPr>
                    <w:t>Entlastung</w:t>
                  </w:r>
                  <w:proofErr w:type="spellEnd"/>
                  <w:r w:rsidRPr="00951D50">
                    <w:rPr>
                      <w:color w:val="7C7770"/>
                      <w:sz w:val="18"/>
                      <w:szCs w:val="18"/>
                    </w:rPr>
                    <w:t xml:space="preserve"> &amp; </w:t>
                  </w:r>
                  <w:proofErr w:type="spellStart"/>
                  <w:r w:rsidRPr="00951D50">
                    <w:rPr>
                      <w:color w:val="7C7770"/>
                      <w:sz w:val="18"/>
                      <w:szCs w:val="18"/>
                    </w:rPr>
                    <w:t>Ressourcen</w:t>
                  </w:r>
                  <w:proofErr w:type="spellEnd"/>
                </w:p>
              </w:tc>
            </w:tr>
          </w:tbl>
          <w:p w14:paraId="3874056D" w14:textId="77777777" w:rsidR="0016515F" w:rsidRDefault="0016515F"/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601041B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00077407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8FAD974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0A7517BA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6350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1C00DA" w14:textId="77777777" w:rsidR="0016515F" w:rsidRDefault="0016515F"/>
          <w:p w14:paraId="52599392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303B7397" w14:textId="77777777">
        <w:trPr>
          <w:cantSplit/>
          <w:jc w:val="center"/>
        </w:trPr>
        <w:tc>
          <w:tcPr>
            <w:tcW w:w="2778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68E4BB" w14:textId="77777777" w:rsidR="0016515F" w:rsidRDefault="0016515F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1956"/>
            </w:tblGrid>
            <w:tr w:rsidR="0016515F" w14:paraId="116A7C12" w14:textId="77777777">
              <w:tc>
                <w:tcPr>
                  <w:tcW w:w="595" w:type="dxa"/>
                  <w:tcBorders>
                    <w:top w:val="single" w:sz="0" w:space="0" w:color="FFF8EF"/>
                    <w:left w:val="single" w:sz="0" w:space="0" w:color="FFF8EF"/>
                    <w:bottom w:val="single" w:sz="0" w:space="0" w:color="FFF8EF"/>
                    <w:right w:val="single" w:sz="0" w:space="0" w:color="FFF8E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1BA41C" w14:textId="3C3D167C" w:rsidR="0016515F" w:rsidRDefault="0016515F"/>
                <w:p w14:paraId="6373BFA1" w14:textId="2B8C002E" w:rsidR="0016515F" w:rsidRDefault="0016515F">
                  <w:pPr>
                    <w:jc w:val="center"/>
                  </w:pPr>
                </w:p>
              </w:tc>
              <w:tc>
                <w:tcPr>
                  <w:tcW w:w="1956" w:type="dxa"/>
                  <w:tcBorders>
                    <w:top w:val="single" w:sz="0" w:space="0" w:color="FFF8EF"/>
                    <w:left w:val="single" w:sz="0" w:space="0" w:color="FFF8EF"/>
                    <w:bottom w:val="single" w:sz="0" w:space="0" w:color="FFF8EF"/>
                    <w:right w:val="single" w:sz="0" w:space="0" w:color="FFF8E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8B6E42" w14:textId="0E9464A6" w:rsidR="0016515F" w:rsidRPr="00951D50" w:rsidRDefault="00951D50">
                  <w:pPr>
                    <w:rPr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0528" behindDoc="0" locked="0" layoutInCell="1" allowOverlap="1" wp14:anchorId="5E16AEED" wp14:editId="545B2157">
                        <wp:simplePos x="0" y="0"/>
                        <wp:positionH relativeFrom="column">
                          <wp:posOffset>17145</wp:posOffset>
                        </wp:positionH>
                        <wp:positionV relativeFrom="paragraph">
                          <wp:posOffset>-348615</wp:posOffset>
                        </wp:positionV>
                        <wp:extent cx="720000" cy="720000"/>
                        <wp:effectExtent l="0" t="0" r="0" b="0"/>
                        <wp:wrapNone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-wegrow.pn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211D3F7" w14:textId="77777777" w:rsidR="0016515F" w:rsidRPr="00951D50" w:rsidRDefault="00000000">
                  <w:pPr>
                    <w:rPr>
                      <w:sz w:val="18"/>
                      <w:szCs w:val="18"/>
                    </w:rPr>
                  </w:pPr>
                  <w:r w:rsidRPr="00951D50">
                    <w:rPr>
                      <w:b/>
                      <w:color w:val="385F68"/>
                      <w:sz w:val="18"/>
                      <w:szCs w:val="18"/>
                    </w:rPr>
                    <w:t>WeGrow</w:t>
                  </w:r>
                </w:p>
                <w:p w14:paraId="00FD531F" w14:textId="77777777" w:rsidR="0016515F" w:rsidRPr="00951D50" w:rsidRDefault="00000000">
                  <w:pPr>
                    <w:rPr>
                      <w:sz w:val="18"/>
                      <w:szCs w:val="18"/>
                    </w:rPr>
                  </w:pPr>
                  <w:r w:rsidRPr="00951D50">
                    <w:rPr>
                      <w:color w:val="7C7770"/>
                      <w:sz w:val="18"/>
                      <w:szCs w:val="18"/>
                    </w:rPr>
                    <w:t>Wochenpakt</w:t>
                  </w:r>
                </w:p>
              </w:tc>
            </w:tr>
          </w:tbl>
          <w:p w14:paraId="3D2684AB" w14:textId="77777777" w:rsidR="0016515F" w:rsidRDefault="0016515F"/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9BC5B70" w14:textId="77777777" w:rsidR="0016515F" w:rsidRDefault="0016515F"/>
          <w:p w14:paraId="1A0C9009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EFE7385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32A2B5BF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6350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72320C1" w14:textId="77777777" w:rsidR="0016515F" w:rsidRDefault="0016515F"/>
          <w:p w14:paraId="09AC40B7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615C6B3F" w14:textId="77777777">
        <w:trPr>
          <w:cantSplit/>
          <w:jc w:val="center"/>
        </w:trPr>
        <w:tc>
          <w:tcPr>
            <w:tcW w:w="2778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3CE29CA" w14:textId="5F81DE5D" w:rsidR="0016515F" w:rsidRDefault="0016515F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1956"/>
            </w:tblGrid>
            <w:tr w:rsidR="0016515F" w14:paraId="319778BA" w14:textId="77777777">
              <w:tc>
                <w:tcPr>
                  <w:tcW w:w="59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262497" w14:textId="6651CA6F" w:rsidR="0016515F" w:rsidRDefault="0016515F"/>
                <w:p w14:paraId="1D569896" w14:textId="58B8D29C" w:rsidR="0016515F" w:rsidRDefault="0016515F">
                  <w:pPr>
                    <w:jc w:val="center"/>
                  </w:pPr>
                </w:p>
              </w:tc>
              <w:tc>
                <w:tcPr>
                  <w:tcW w:w="19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288344" w14:textId="143C716D" w:rsidR="0016515F" w:rsidRDefault="00951D50">
                  <w:r>
                    <w:rPr>
                      <w:noProof/>
                    </w:rPr>
                    <w:drawing>
                      <wp:anchor distT="0" distB="0" distL="114300" distR="114300" simplePos="0" relativeHeight="251666432" behindDoc="0" locked="0" layoutInCell="1" allowOverlap="1" wp14:anchorId="1AA7066C" wp14:editId="4D534F70">
                        <wp:simplePos x="0" y="0"/>
                        <wp:positionH relativeFrom="column">
                          <wp:posOffset>-56515</wp:posOffset>
                        </wp:positionH>
                        <wp:positionV relativeFrom="paragraph">
                          <wp:posOffset>-372745</wp:posOffset>
                        </wp:positionV>
                        <wp:extent cx="720000" cy="720000"/>
                        <wp:effectExtent l="0" t="0" r="0" b="0"/>
                        <wp:wrapNone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-wecelebrate.png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13409A34" w14:textId="77777777" w:rsidR="0016515F" w:rsidRPr="00997F70" w:rsidRDefault="00000000">
                  <w:pPr>
                    <w:rPr>
                      <w:b/>
                      <w:color w:val="385F68"/>
                      <w:sz w:val="18"/>
                      <w:szCs w:val="18"/>
                    </w:rPr>
                  </w:pPr>
                  <w:r w:rsidRPr="00997F70">
                    <w:rPr>
                      <w:b/>
                      <w:color w:val="385F68"/>
                      <w:sz w:val="18"/>
                      <w:szCs w:val="18"/>
                    </w:rPr>
                    <w:t>WeCelebrate</w:t>
                  </w:r>
                </w:p>
                <w:p w14:paraId="30686FD8" w14:textId="77777777" w:rsidR="0016515F" w:rsidRDefault="00000000">
                  <w:r w:rsidRPr="00951D50">
                    <w:rPr>
                      <w:color w:val="7C7770"/>
                      <w:sz w:val="18"/>
                      <w:szCs w:val="18"/>
                    </w:rPr>
                    <w:t>Wertschätzung</w:t>
                  </w:r>
                </w:p>
              </w:tc>
            </w:tr>
          </w:tbl>
          <w:p w14:paraId="1AFF4772" w14:textId="77777777" w:rsidR="0016515F" w:rsidRDefault="0016515F"/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E64AC04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0727F9DC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3A92FAF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2C972058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6350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CC0ACA8" w14:textId="77777777" w:rsidR="0016515F" w:rsidRDefault="0016515F"/>
          <w:p w14:paraId="46AC76F5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05C96648" w14:textId="77777777">
        <w:trPr>
          <w:cantSplit/>
          <w:jc w:val="center"/>
        </w:trPr>
        <w:tc>
          <w:tcPr>
            <w:tcW w:w="2778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8B2C59" w14:textId="77777777" w:rsidR="0016515F" w:rsidRDefault="0016515F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1956"/>
            </w:tblGrid>
            <w:tr w:rsidR="0016515F" w14:paraId="4DC980E4" w14:textId="77777777">
              <w:tc>
                <w:tcPr>
                  <w:tcW w:w="595" w:type="dxa"/>
                  <w:tcBorders>
                    <w:top w:val="single" w:sz="0" w:space="0" w:color="FFF8EF"/>
                    <w:left w:val="single" w:sz="0" w:space="0" w:color="FFF8EF"/>
                    <w:bottom w:val="single" w:sz="0" w:space="0" w:color="FFF8EF"/>
                    <w:right w:val="single" w:sz="0" w:space="0" w:color="FFF8E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3131B7" w14:textId="77777777" w:rsidR="0016515F" w:rsidRDefault="0016515F"/>
                <w:p w14:paraId="514D1C16" w14:textId="34606F4E" w:rsidR="0016515F" w:rsidRDefault="0016515F">
                  <w:pPr>
                    <w:jc w:val="center"/>
                  </w:pPr>
                </w:p>
              </w:tc>
              <w:tc>
                <w:tcPr>
                  <w:tcW w:w="1956" w:type="dxa"/>
                  <w:tcBorders>
                    <w:top w:val="single" w:sz="0" w:space="0" w:color="FFF8EF"/>
                    <w:left w:val="single" w:sz="0" w:space="0" w:color="FFF8EF"/>
                    <w:bottom w:val="single" w:sz="0" w:space="0" w:color="FFF8EF"/>
                    <w:right w:val="single" w:sz="0" w:space="0" w:color="FFF8E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3B5355" w14:textId="729ADD66" w:rsidR="0016515F" w:rsidRDefault="00951D50">
                  <w:r>
                    <w:rPr>
                      <w:noProof/>
                    </w:rPr>
                    <w:drawing>
                      <wp:anchor distT="0" distB="0" distL="114300" distR="114300" simplePos="0" relativeHeight="251662336" behindDoc="0" locked="0" layoutInCell="1" allowOverlap="1" wp14:anchorId="759B7E16" wp14:editId="1CC1AE95">
                        <wp:simplePos x="0" y="0"/>
                        <wp:positionH relativeFrom="column">
                          <wp:posOffset>-54610</wp:posOffset>
                        </wp:positionH>
                        <wp:positionV relativeFrom="paragraph">
                          <wp:posOffset>-338455</wp:posOffset>
                        </wp:positionV>
                        <wp:extent cx="720000" cy="720000"/>
                        <wp:effectExtent l="0" t="0" r="0" b="0"/>
                        <wp:wrapNone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-wecheck.png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CF8A776" w14:textId="77777777" w:rsidR="0016515F" w:rsidRPr="00951D50" w:rsidRDefault="00000000">
                  <w:pPr>
                    <w:rPr>
                      <w:sz w:val="18"/>
                      <w:szCs w:val="18"/>
                    </w:rPr>
                  </w:pPr>
                  <w:r w:rsidRPr="00951D50">
                    <w:rPr>
                      <w:b/>
                      <w:color w:val="385F68"/>
                      <w:sz w:val="18"/>
                      <w:szCs w:val="18"/>
                    </w:rPr>
                    <w:t>WeCheck</w:t>
                  </w:r>
                </w:p>
                <w:p w14:paraId="6A3D53EC" w14:textId="77777777" w:rsidR="0016515F" w:rsidRDefault="00000000">
                  <w:r w:rsidRPr="00951D50">
                    <w:rPr>
                      <w:color w:val="7C7770"/>
                      <w:sz w:val="18"/>
                      <w:szCs w:val="18"/>
                    </w:rPr>
                    <w:t>Kurzer Überblick</w:t>
                  </w:r>
                </w:p>
              </w:tc>
            </w:tr>
          </w:tbl>
          <w:p w14:paraId="466283D8" w14:textId="77777777" w:rsidR="0016515F" w:rsidRDefault="0016515F"/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C68C737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6AAF6956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668F8B5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641A2A3E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6350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D37B57" w14:textId="77777777" w:rsidR="0016515F" w:rsidRDefault="0016515F"/>
          <w:p w14:paraId="7E2FAB3E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1F2103B0" w14:textId="77777777">
        <w:trPr>
          <w:cantSplit/>
          <w:jc w:val="center"/>
        </w:trPr>
        <w:tc>
          <w:tcPr>
            <w:tcW w:w="2778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A659C45" w14:textId="77777777" w:rsidR="0016515F" w:rsidRDefault="0016515F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1956"/>
            </w:tblGrid>
            <w:tr w:rsidR="0016515F" w14:paraId="2211B992" w14:textId="77777777">
              <w:tc>
                <w:tcPr>
                  <w:tcW w:w="59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28BAD0" w14:textId="77777777" w:rsidR="0016515F" w:rsidRDefault="0016515F"/>
                <w:p w14:paraId="00939CCD" w14:textId="3AEF007C" w:rsidR="0016515F" w:rsidRDefault="0016515F">
                  <w:pPr>
                    <w:jc w:val="center"/>
                  </w:pPr>
                </w:p>
              </w:tc>
              <w:tc>
                <w:tcPr>
                  <w:tcW w:w="19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F312C7" w14:textId="7DF26FA2" w:rsidR="0016515F" w:rsidRPr="00951D50" w:rsidRDefault="00951D50">
                  <w:pPr>
                    <w:rPr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7FFF3E5C" wp14:editId="28AD55CF">
                        <wp:simplePos x="0" y="0"/>
                        <wp:positionH relativeFrom="column">
                          <wp:posOffset>-54610</wp:posOffset>
                        </wp:positionH>
                        <wp:positionV relativeFrom="paragraph">
                          <wp:posOffset>-349885</wp:posOffset>
                        </wp:positionV>
                        <wp:extent cx="720000" cy="720000"/>
                        <wp:effectExtent l="0" t="0" r="0" b="0"/>
                        <wp:wrapNone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-welearn.pn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3D243FE0" w14:textId="77777777" w:rsidR="0016515F" w:rsidRPr="00951D50" w:rsidRDefault="00000000">
                  <w:pPr>
                    <w:rPr>
                      <w:sz w:val="18"/>
                      <w:szCs w:val="18"/>
                    </w:rPr>
                  </w:pPr>
                  <w:r w:rsidRPr="00951D50">
                    <w:rPr>
                      <w:b/>
                      <w:color w:val="385F68"/>
                      <w:sz w:val="18"/>
                      <w:szCs w:val="18"/>
                    </w:rPr>
                    <w:t>WeLearn</w:t>
                  </w:r>
                </w:p>
                <w:p w14:paraId="32B342AD" w14:textId="77777777" w:rsidR="0016515F" w:rsidRDefault="00000000">
                  <w:r w:rsidRPr="00951D50">
                    <w:rPr>
                      <w:color w:val="7C7770"/>
                      <w:sz w:val="18"/>
                      <w:szCs w:val="18"/>
                    </w:rPr>
                    <w:t>Kleiner Impuls</w:t>
                  </w:r>
                </w:p>
              </w:tc>
            </w:tr>
          </w:tbl>
          <w:p w14:paraId="1D08DDE6" w14:textId="77777777" w:rsidR="0016515F" w:rsidRDefault="0016515F"/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8357B72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36CDBBC7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DA98269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3AFCA3B4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6350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920F4A7" w14:textId="77777777" w:rsidR="0016515F" w:rsidRDefault="0016515F"/>
          <w:p w14:paraId="5056705A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075CC6B1" w14:textId="77777777">
        <w:trPr>
          <w:cantSplit/>
          <w:jc w:val="center"/>
        </w:trPr>
        <w:tc>
          <w:tcPr>
            <w:tcW w:w="2778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974C5B" w14:textId="77777777" w:rsidR="0016515F" w:rsidRDefault="0016515F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1956"/>
            </w:tblGrid>
            <w:tr w:rsidR="0016515F" w14:paraId="29D65291" w14:textId="77777777">
              <w:tc>
                <w:tcPr>
                  <w:tcW w:w="595" w:type="dxa"/>
                  <w:tcBorders>
                    <w:top w:val="single" w:sz="0" w:space="0" w:color="FFF8EF"/>
                    <w:left w:val="single" w:sz="0" w:space="0" w:color="FFF8EF"/>
                    <w:bottom w:val="single" w:sz="0" w:space="0" w:color="FFF8EF"/>
                    <w:right w:val="single" w:sz="0" w:space="0" w:color="FFF8E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591B98" w14:textId="77777777" w:rsidR="0016515F" w:rsidRDefault="0016515F"/>
                <w:p w14:paraId="10847C93" w14:textId="1AD79DD3" w:rsidR="0016515F" w:rsidRDefault="0016515F">
                  <w:pPr>
                    <w:jc w:val="center"/>
                  </w:pPr>
                </w:p>
              </w:tc>
              <w:tc>
                <w:tcPr>
                  <w:tcW w:w="1956" w:type="dxa"/>
                  <w:tcBorders>
                    <w:top w:val="single" w:sz="0" w:space="0" w:color="FFF8EF"/>
                    <w:left w:val="single" w:sz="0" w:space="0" w:color="FFF8EF"/>
                    <w:bottom w:val="single" w:sz="0" w:space="0" w:color="FFF8EF"/>
                    <w:right w:val="single" w:sz="0" w:space="0" w:color="FFF8E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ABCB86" w14:textId="5CCE6A90" w:rsidR="0016515F" w:rsidRDefault="00951D50"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1E70AFA2" wp14:editId="6A430896">
                        <wp:simplePos x="0" y="0"/>
                        <wp:positionH relativeFrom="column">
                          <wp:posOffset>-53975</wp:posOffset>
                        </wp:positionH>
                        <wp:positionV relativeFrom="paragraph">
                          <wp:posOffset>-329565</wp:posOffset>
                        </wp:positionV>
                        <wp:extent cx="720000" cy="720000"/>
                        <wp:effectExtent l="0" t="0" r="4445" b="0"/>
                        <wp:wrapNone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-werelax.png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AABAF64" w14:textId="77777777" w:rsidR="0016515F" w:rsidRPr="00997F70" w:rsidRDefault="00000000">
                  <w:pPr>
                    <w:rPr>
                      <w:b/>
                      <w:color w:val="385F68"/>
                      <w:sz w:val="18"/>
                      <w:szCs w:val="18"/>
                    </w:rPr>
                  </w:pPr>
                  <w:r w:rsidRPr="00997F70">
                    <w:rPr>
                      <w:b/>
                      <w:color w:val="385F68"/>
                      <w:sz w:val="18"/>
                      <w:szCs w:val="18"/>
                    </w:rPr>
                    <w:t>WeRelax</w:t>
                  </w:r>
                </w:p>
                <w:p w14:paraId="577475C1" w14:textId="77777777" w:rsidR="0016515F" w:rsidRDefault="00000000">
                  <w:r w:rsidRPr="00951D50">
                    <w:rPr>
                      <w:color w:val="7C7770"/>
                      <w:sz w:val="18"/>
                      <w:szCs w:val="18"/>
                    </w:rPr>
                    <w:t>Pause &amp; Abschluss</w:t>
                  </w:r>
                </w:p>
              </w:tc>
            </w:tr>
          </w:tbl>
          <w:p w14:paraId="1E2A5C45" w14:textId="77777777" w:rsidR="0016515F" w:rsidRDefault="0016515F"/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228381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791BCDCB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3231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AB2CE19" w14:textId="77777777" w:rsidR="0016515F" w:rsidRPr="00951D50" w:rsidRDefault="0016515F">
            <w:pPr>
              <w:rPr>
                <w:sz w:val="36"/>
                <w:szCs w:val="36"/>
              </w:rPr>
            </w:pPr>
          </w:p>
          <w:p w14:paraId="7899578A" w14:textId="77777777" w:rsidR="0016515F" w:rsidRPr="00951D50" w:rsidRDefault="00000000">
            <w:pPr>
              <w:spacing w:after="0"/>
              <w:rPr>
                <w:sz w:val="36"/>
                <w:szCs w:val="36"/>
              </w:rPr>
            </w:pPr>
            <w:r w:rsidRPr="00951D50">
              <w:rPr>
                <w:color w:val="7C7770"/>
                <w:sz w:val="36"/>
                <w:szCs w:val="36"/>
              </w:rPr>
              <w:t xml:space="preserve">1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2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3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4 </w:t>
            </w:r>
            <w:r w:rsidRPr="00951D50">
              <w:rPr>
                <w:sz w:val="36"/>
                <w:szCs w:val="36"/>
              </w:rPr>
              <w:t xml:space="preserve">□ </w:t>
            </w:r>
            <w:r w:rsidRPr="00951D50">
              <w:rPr>
                <w:color w:val="7C7770"/>
                <w:sz w:val="36"/>
                <w:szCs w:val="36"/>
              </w:rPr>
              <w:t xml:space="preserve">5 </w:t>
            </w:r>
            <w:r w:rsidRPr="00951D50">
              <w:rPr>
                <w:sz w:val="36"/>
                <w:szCs w:val="36"/>
              </w:rPr>
              <w:t>□</w:t>
            </w:r>
          </w:p>
        </w:tc>
        <w:tc>
          <w:tcPr>
            <w:tcW w:w="6350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C04DC2" w14:textId="77777777" w:rsidR="0016515F" w:rsidRDefault="0016515F"/>
          <w:p w14:paraId="4573D26F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</w:tbl>
    <w:p w14:paraId="0D3F2A07" w14:textId="77777777" w:rsidR="0016515F" w:rsidRDefault="00000000">
      <w:r>
        <w:br/>
      </w:r>
      <w:r>
        <w:br/>
      </w:r>
      <w:r>
        <w:br w:type="page"/>
      </w:r>
    </w:p>
    <w:p w14:paraId="4B3C0B16" w14:textId="77777777" w:rsidR="0016515F" w:rsidRDefault="00000000">
      <w:r>
        <w:rPr>
          <w:b/>
          <w:color w:val="385F68"/>
          <w:sz w:val="32"/>
        </w:rPr>
        <w:lastRenderedPageBreak/>
        <w:t>2. Gesamtkonzept</w:t>
      </w:r>
    </w:p>
    <w:p w14:paraId="59821BD7" w14:textId="77777777" w:rsidR="0016515F" w:rsidRPr="00951D50" w:rsidRDefault="00000000">
      <w:pPr>
        <w:rPr>
          <w:lang w:val="de-DE"/>
        </w:rPr>
      </w:pPr>
      <w:r w:rsidRPr="00951D50">
        <w:rPr>
          <w:color w:val="7C7770"/>
          <w:sz w:val="19"/>
          <w:lang w:val="de-DE"/>
        </w:rPr>
        <w:t>Hier geht es um euren Gesamteindruck: App-Idee, Aufbau, Design, Sprache und Testbarkeit.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  <w:gridCol w:w="5216"/>
      </w:tblGrid>
      <w:tr w:rsidR="0016515F" w14:paraId="6A018750" w14:textId="77777777">
        <w:trPr>
          <w:tblHeader/>
          <w:jc w:val="center"/>
        </w:trPr>
        <w:tc>
          <w:tcPr>
            <w:tcW w:w="102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85F68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F72E091" w14:textId="77777777" w:rsidR="0016515F" w:rsidRPr="00951D50" w:rsidRDefault="0016515F">
            <w:pPr>
              <w:rPr>
                <w:lang w:val="de-DE"/>
              </w:rPr>
            </w:pPr>
          </w:p>
          <w:p w14:paraId="251E163C" w14:textId="77777777" w:rsidR="0016515F" w:rsidRDefault="00000000">
            <w:proofErr w:type="spellStart"/>
            <w:r w:rsidRPr="00951D50">
              <w:rPr>
                <w:b/>
                <w:color w:val="FFFFFF"/>
                <w:sz w:val="22"/>
                <w:szCs w:val="32"/>
              </w:rPr>
              <w:t>Aussage</w:t>
            </w:r>
            <w:proofErr w:type="spellEnd"/>
          </w:p>
        </w:tc>
        <w:tc>
          <w:tcPr>
            <w:tcW w:w="521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85F68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E47C382" w14:textId="77777777" w:rsidR="0016515F" w:rsidRDefault="0016515F"/>
          <w:p w14:paraId="7223FF2E" w14:textId="77777777" w:rsidR="0016515F" w:rsidRDefault="00000000">
            <w:r w:rsidRPr="00951D50">
              <w:rPr>
                <w:b/>
                <w:color w:val="FFFFFF"/>
                <w:sz w:val="22"/>
                <w:szCs w:val="32"/>
              </w:rPr>
              <w:t>Bewertung 1-5</w:t>
            </w:r>
          </w:p>
        </w:tc>
      </w:tr>
      <w:tr w:rsidR="0016515F" w14:paraId="79C8FFFC" w14:textId="77777777">
        <w:trPr>
          <w:cantSplit/>
          <w:jc w:val="center"/>
        </w:trPr>
        <w:tc>
          <w:tcPr>
            <w:tcW w:w="10206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B0EECA" w14:textId="77777777" w:rsidR="0016515F" w:rsidRPr="00951D50" w:rsidRDefault="00000000">
            <w:pPr>
              <w:rPr>
                <w:sz w:val="22"/>
                <w:szCs w:val="28"/>
                <w:lang w:val="de-DE"/>
              </w:rPr>
            </w:pPr>
            <w:r w:rsidRPr="00951D50">
              <w:rPr>
                <w:sz w:val="22"/>
                <w:szCs w:val="28"/>
                <w:lang w:val="de-DE"/>
              </w:rPr>
              <w:t>Die App-Idee ist für unseren Alltag relevant.</w:t>
            </w:r>
          </w:p>
        </w:tc>
        <w:tc>
          <w:tcPr>
            <w:tcW w:w="5216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9C59659" w14:textId="77777777" w:rsidR="0016515F" w:rsidRPr="00951D50" w:rsidRDefault="0016515F">
            <w:pPr>
              <w:rPr>
                <w:sz w:val="24"/>
                <w:szCs w:val="40"/>
                <w:lang w:val="de-DE"/>
              </w:rPr>
            </w:pPr>
          </w:p>
          <w:p w14:paraId="6C259B70" w14:textId="77777777" w:rsidR="0016515F" w:rsidRPr="00951D50" w:rsidRDefault="00000000">
            <w:pPr>
              <w:spacing w:after="0"/>
              <w:rPr>
                <w:sz w:val="24"/>
                <w:szCs w:val="40"/>
              </w:rPr>
            </w:pPr>
            <w:r w:rsidRPr="00951D50">
              <w:rPr>
                <w:color w:val="7C7770"/>
                <w:sz w:val="24"/>
                <w:szCs w:val="40"/>
              </w:rPr>
              <w:t xml:space="preserve">1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2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3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4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5 </w:t>
            </w:r>
            <w:r w:rsidRPr="00951D50">
              <w:rPr>
                <w:sz w:val="24"/>
                <w:szCs w:val="40"/>
              </w:rPr>
              <w:t>□</w:t>
            </w:r>
          </w:p>
        </w:tc>
      </w:tr>
      <w:tr w:rsidR="0016515F" w14:paraId="70779704" w14:textId="77777777">
        <w:trPr>
          <w:cantSplit/>
          <w:jc w:val="center"/>
        </w:trPr>
        <w:tc>
          <w:tcPr>
            <w:tcW w:w="10206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1160C2" w14:textId="77777777" w:rsidR="0016515F" w:rsidRPr="00951D50" w:rsidRDefault="00000000">
            <w:pPr>
              <w:rPr>
                <w:sz w:val="22"/>
                <w:szCs w:val="28"/>
                <w:lang w:val="de-DE"/>
              </w:rPr>
            </w:pPr>
            <w:r w:rsidRPr="00951D50">
              <w:rPr>
                <w:sz w:val="22"/>
                <w:szCs w:val="28"/>
                <w:lang w:val="de-DE"/>
              </w:rPr>
              <w:t>Die App war insgesamt leicht zu verstehen.</w:t>
            </w:r>
          </w:p>
        </w:tc>
        <w:tc>
          <w:tcPr>
            <w:tcW w:w="5216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B9AFD8" w14:textId="77777777" w:rsidR="0016515F" w:rsidRPr="00951D50" w:rsidRDefault="0016515F">
            <w:pPr>
              <w:rPr>
                <w:sz w:val="24"/>
                <w:szCs w:val="40"/>
                <w:lang w:val="de-DE"/>
              </w:rPr>
            </w:pPr>
          </w:p>
          <w:p w14:paraId="169BC23F" w14:textId="77777777" w:rsidR="0016515F" w:rsidRPr="00951D50" w:rsidRDefault="00000000">
            <w:pPr>
              <w:spacing w:after="0"/>
              <w:rPr>
                <w:sz w:val="24"/>
                <w:szCs w:val="40"/>
              </w:rPr>
            </w:pPr>
            <w:r w:rsidRPr="00951D50">
              <w:rPr>
                <w:color w:val="7C7770"/>
                <w:sz w:val="24"/>
                <w:szCs w:val="40"/>
              </w:rPr>
              <w:t xml:space="preserve">1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2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3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4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5 </w:t>
            </w:r>
            <w:r w:rsidRPr="00951D50">
              <w:rPr>
                <w:sz w:val="24"/>
                <w:szCs w:val="40"/>
              </w:rPr>
              <w:t>□</w:t>
            </w:r>
          </w:p>
        </w:tc>
      </w:tr>
      <w:tr w:rsidR="0016515F" w14:paraId="3B419176" w14:textId="77777777">
        <w:trPr>
          <w:cantSplit/>
          <w:jc w:val="center"/>
        </w:trPr>
        <w:tc>
          <w:tcPr>
            <w:tcW w:w="10206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E97422" w14:textId="77777777" w:rsidR="0016515F" w:rsidRPr="00951D50" w:rsidRDefault="00000000">
            <w:pPr>
              <w:rPr>
                <w:sz w:val="22"/>
                <w:szCs w:val="28"/>
                <w:lang w:val="de-DE"/>
              </w:rPr>
            </w:pPr>
            <w:r w:rsidRPr="00951D50">
              <w:rPr>
                <w:sz w:val="22"/>
                <w:szCs w:val="28"/>
                <w:lang w:val="de-DE"/>
              </w:rPr>
              <w:t>Das Design mit Icons, Farben und Stil passt zur Idee.</w:t>
            </w:r>
          </w:p>
        </w:tc>
        <w:tc>
          <w:tcPr>
            <w:tcW w:w="5216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519039C" w14:textId="77777777" w:rsidR="0016515F" w:rsidRPr="00951D50" w:rsidRDefault="0016515F">
            <w:pPr>
              <w:rPr>
                <w:sz w:val="24"/>
                <w:szCs w:val="40"/>
                <w:lang w:val="de-DE"/>
              </w:rPr>
            </w:pPr>
          </w:p>
          <w:p w14:paraId="1BAC478C" w14:textId="77777777" w:rsidR="0016515F" w:rsidRPr="00951D50" w:rsidRDefault="00000000">
            <w:pPr>
              <w:spacing w:after="0"/>
              <w:rPr>
                <w:sz w:val="24"/>
                <w:szCs w:val="40"/>
              </w:rPr>
            </w:pPr>
            <w:r w:rsidRPr="00951D50">
              <w:rPr>
                <w:color w:val="7C7770"/>
                <w:sz w:val="24"/>
                <w:szCs w:val="40"/>
              </w:rPr>
              <w:t xml:space="preserve">1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2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3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4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5 </w:t>
            </w:r>
            <w:r w:rsidRPr="00951D50">
              <w:rPr>
                <w:sz w:val="24"/>
                <w:szCs w:val="40"/>
              </w:rPr>
              <w:t>□</w:t>
            </w:r>
          </w:p>
        </w:tc>
      </w:tr>
      <w:tr w:rsidR="0016515F" w14:paraId="14A8DCBA" w14:textId="77777777">
        <w:trPr>
          <w:cantSplit/>
          <w:jc w:val="center"/>
        </w:trPr>
        <w:tc>
          <w:tcPr>
            <w:tcW w:w="10206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764045" w14:textId="77777777" w:rsidR="0016515F" w:rsidRPr="00951D50" w:rsidRDefault="00000000">
            <w:pPr>
              <w:rPr>
                <w:sz w:val="22"/>
                <w:szCs w:val="28"/>
                <w:lang w:val="de-DE"/>
              </w:rPr>
            </w:pPr>
            <w:r w:rsidRPr="00951D50">
              <w:rPr>
                <w:sz w:val="22"/>
                <w:szCs w:val="28"/>
                <w:lang w:val="de-DE"/>
              </w:rPr>
              <w:t>Die App macht unsichtbare Verantwortung sichtbarer.</w:t>
            </w:r>
          </w:p>
        </w:tc>
        <w:tc>
          <w:tcPr>
            <w:tcW w:w="5216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8C8031" w14:textId="77777777" w:rsidR="0016515F" w:rsidRPr="00951D50" w:rsidRDefault="0016515F">
            <w:pPr>
              <w:rPr>
                <w:sz w:val="24"/>
                <w:szCs w:val="40"/>
                <w:lang w:val="de-DE"/>
              </w:rPr>
            </w:pPr>
          </w:p>
          <w:p w14:paraId="551EAB92" w14:textId="77777777" w:rsidR="0016515F" w:rsidRPr="00951D50" w:rsidRDefault="00000000">
            <w:pPr>
              <w:spacing w:after="0"/>
              <w:rPr>
                <w:sz w:val="24"/>
                <w:szCs w:val="40"/>
              </w:rPr>
            </w:pPr>
            <w:r w:rsidRPr="00951D50">
              <w:rPr>
                <w:color w:val="7C7770"/>
                <w:sz w:val="24"/>
                <w:szCs w:val="40"/>
              </w:rPr>
              <w:t xml:space="preserve">1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2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3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4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5 </w:t>
            </w:r>
            <w:r w:rsidRPr="00951D50">
              <w:rPr>
                <w:sz w:val="24"/>
                <w:szCs w:val="40"/>
              </w:rPr>
              <w:t>□</w:t>
            </w:r>
          </w:p>
        </w:tc>
      </w:tr>
      <w:tr w:rsidR="0016515F" w14:paraId="2E57AE6A" w14:textId="77777777">
        <w:trPr>
          <w:cantSplit/>
          <w:jc w:val="center"/>
        </w:trPr>
        <w:tc>
          <w:tcPr>
            <w:tcW w:w="10206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28997F" w14:textId="77777777" w:rsidR="0016515F" w:rsidRPr="00951D50" w:rsidRDefault="00000000">
            <w:pPr>
              <w:rPr>
                <w:sz w:val="22"/>
                <w:szCs w:val="28"/>
                <w:lang w:val="de-DE"/>
              </w:rPr>
            </w:pPr>
            <w:r w:rsidRPr="00951D50">
              <w:rPr>
                <w:sz w:val="22"/>
                <w:szCs w:val="28"/>
                <w:lang w:val="de-DE"/>
              </w:rPr>
              <w:t>Die App kann helfen, wertschätzender miteinander zu sprechen.</w:t>
            </w:r>
          </w:p>
        </w:tc>
        <w:tc>
          <w:tcPr>
            <w:tcW w:w="5216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957362" w14:textId="77777777" w:rsidR="0016515F" w:rsidRPr="00951D50" w:rsidRDefault="0016515F">
            <w:pPr>
              <w:rPr>
                <w:sz w:val="24"/>
                <w:szCs w:val="40"/>
                <w:lang w:val="de-DE"/>
              </w:rPr>
            </w:pPr>
          </w:p>
          <w:p w14:paraId="45782CB3" w14:textId="77777777" w:rsidR="0016515F" w:rsidRPr="00951D50" w:rsidRDefault="00000000">
            <w:pPr>
              <w:spacing w:after="0"/>
              <w:rPr>
                <w:sz w:val="24"/>
                <w:szCs w:val="40"/>
              </w:rPr>
            </w:pPr>
            <w:r w:rsidRPr="00951D50">
              <w:rPr>
                <w:color w:val="7C7770"/>
                <w:sz w:val="24"/>
                <w:szCs w:val="40"/>
              </w:rPr>
              <w:t xml:space="preserve">1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2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3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4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5 </w:t>
            </w:r>
            <w:r w:rsidRPr="00951D50">
              <w:rPr>
                <w:sz w:val="24"/>
                <w:szCs w:val="40"/>
              </w:rPr>
              <w:t>□</w:t>
            </w:r>
          </w:p>
        </w:tc>
      </w:tr>
      <w:tr w:rsidR="0016515F" w14:paraId="00179F1F" w14:textId="77777777" w:rsidTr="00951D50">
        <w:trPr>
          <w:cantSplit/>
          <w:trHeight w:val="550"/>
          <w:jc w:val="center"/>
        </w:trPr>
        <w:tc>
          <w:tcPr>
            <w:tcW w:w="10206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4CAD4BF" w14:textId="77777777" w:rsidR="0016515F" w:rsidRPr="00951D50" w:rsidRDefault="00000000">
            <w:pPr>
              <w:rPr>
                <w:sz w:val="22"/>
                <w:szCs w:val="28"/>
                <w:lang w:val="de-DE"/>
              </w:rPr>
            </w:pPr>
            <w:r w:rsidRPr="00951D50">
              <w:rPr>
                <w:sz w:val="22"/>
                <w:szCs w:val="28"/>
                <w:lang w:val="de-DE"/>
              </w:rPr>
              <w:t>Der Umfang war für einen ersten Test passend.</w:t>
            </w:r>
          </w:p>
        </w:tc>
        <w:tc>
          <w:tcPr>
            <w:tcW w:w="5216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50A517" w14:textId="77777777" w:rsidR="0016515F" w:rsidRPr="00951D50" w:rsidRDefault="0016515F">
            <w:pPr>
              <w:rPr>
                <w:sz w:val="24"/>
                <w:szCs w:val="40"/>
                <w:lang w:val="de-DE"/>
              </w:rPr>
            </w:pPr>
          </w:p>
          <w:p w14:paraId="44DA2704" w14:textId="77777777" w:rsidR="0016515F" w:rsidRPr="00951D50" w:rsidRDefault="00000000">
            <w:pPr>
              <w:spacing w:after="0"/>
              <w:rPr>
                <w:sz w:val="24"/>
                <w:szCs w:val="40"/>
              </w:rPr>
            </w:pPr>
            <w:r w:rsidRPr="00951D50">
              <w:rPr>
                <w:color w:val="7C7770"/>
                <w:sz w:val="24"/>
                <w:szCs w:val="40"/>
              </w:rPr>
              <w:t xml:space="preserve">1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2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3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4 </w:t>
            </w:r>
            <w:r w:rsidRPr="00951D50">
              <w:rPr>
                <w:sz w:val="24"/>
                <w:szCs w:val="40"/>
              </w:rPr>
              <w:t xml:space="preserve">□ </w:t>
            </w:r>
            <w:r w:rsidRPr="00951D50">
              <w:rPr>
                <w:color w:val="7C7770"/>
                <w:sz w:val="24"/>
                <w:szCs w:val="40"/>
              </w:rPr>
              <w:t xml:space="preserve">5 </w:t>
            </w:r>
            <w:r w:rsidRPr="00951D50">
              <w:rPr>
                <w:sz w:val="24"/>
                <w:szCs w:val="40"/>
              </w:rPr>
              <w:t>□</w:t>
            </w:r>
          </w:p>
        </w:tc>
      </w:tr>
    </w:tbl>
    <w:p w14:paraId="0DBDB4B8" w14:textId="77777777" w:rsidR="00951D50" w:rsidRDefault="00951D50">
      <w:pPr>
        <w:spacing w:before="280"/>
        <w:rPr>
          <w:b/>
          <w:color w:val="385F68"/>
          <w:sz w:val="26"/>
        </w:rPr>
      </w:pPr>
    </w:p>
    <w:p w14:paraId="15A76C77" w14:textId="77777777" w:rsidR="00951D50" w:rsidRDefault="00951D50">
      <w:pPr>
        <w:spacing w:before="280"/>
        <w:rPr>
          <w:b/>
          <w:color w:val="385F68"/>
          <w:sz w:val="26"/>
        </w:rPr>
      </w:pPr>
    </w:p>
    <w:p w14:paraId="2540137F" w14:textId="41CAA1A1" w:rsidR="0016515F" w:rsidRDefault="00000000">
      <w:pPr>
        <w:spacing w:before="280"/>
      </w:pPr>
      <w:proofErr w:type="spellStart"/>
      <w:r>
        <w:rPr>
          <w:b/>
          <w:color w:val="385F68"/>
          <w:sz w:val="26"/>
        </w:rPr>
        <w:lastRenderedPageBreak/>
        <w:t>Offene</w:t>
      </w:r>
      <w:proofErr w:type="spellEnd"/>
      <w:r>
        <w:rPr>
          <w:b/>
          <w:color w:val="385F68"/>
          <w:sz w:val="26"/>
        </w:rPr>
        <w:t xml:space="preserve"> </w:t>
      </w:r>
      <w:proofErr w:type="spellStart"/>
      <w:r>
        <w:rPr>
          <w:b/>
          <w:color w:val="385F68"/>
          <w:sz w:val="26"/>
        </w:rPr>
        <w:t>Fragen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422"/>
      </w:tblGrid>
      <w:tr w:rsidR="0016515F" w14:paraId="6FE6BC82" w14:textId="77777777">
        <w:trPr>
          <w:jc w:val="center"/>
        </w:trPr>
        <w:tc>
          <w:tcPr>
            <w:tcW w:w="15422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38C190" w14:textId="77777777" w:rsidR="0016515F" w:rsidRPr="00951D50" w:rsidRDefault="00000000">
            <w:pPr>
              <w:rPr>
                <w:lang w:val="de-DE"/>
              </w:rPr>
            </w:pPr>
            <w:r w:rsidRPr="00951D50">
              <w:rPr>
                <w:b/>
                <w:color w:val="385F68"/>
                <w:lang w:val="de-DE"/>
              </w:rPr>
              <w:t xml:space="preserve">Welches </w:t>
            </w:r>
            <w:proofErr w:type="spellStart"/>
            <w:r w:rsidRPr="00951D50">
              <w:rPr>
                <w:b/>
                <w:color w:val="385F68"/>
                <w:lang w:val="de-DE"/>
              </w:rPr>
              <w:t>We</w:t>
            </w:r>
            <w:proofErr w:type="spellEnd"/>
            <w:r w:rsidRPr="00951D50">
              <w:rPr>
                <w:b/>
                <w:color w:val="385F68"/>
                <w:lang w:val="de-DE"/>
              </w:rPr>
              <w:t xml:space="preserve"> fandet ihr am stärksten - und warum?</w:t>
            </w:r>
          </w:p>
          <w:p w14:paraId="6A666AEE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  <w:p w14:paraId="76212072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74E15DBB" w14:textId="77777777">
        <w:trPr>
          <w:jc w:val="center"/>
        </w:trPr>
        <w:tc>
          <w:tcPr>
            <w:tcW w:w="15422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DAB440" w14:textId="77777777" w:rsidR="0016515F" w:rsidRPr="00951D50" w:rsidRDefault="00000000">
            <w:pPr>
              <w:rPr>
                <w:lang w:val="de-DE"/>
              </w:rPr>
            </w:pPr>
            <w:r w:rsidRPr="00951D50">
              <w:rPr>
                <w:b/>
                <w:color w:val="385F68"/>
                <w:lang w:val="de-DE"/>
              </w:rPr>
              <w:t xml:space="preserve">Welches </w:t>
            </w:r>
            <w:proofErr w:type="spellStart"/>
            <w:r w:rsidRPr="00951D50">
              <w:rPr>
                <w:b/>
                <w:color w:val="385F68"/>
                <w:lang w:val="de-DE"/>
              </w:rPr>
              <w:t>We</w:t>
            </w:r>
            <w:proofErr w:type="spellEnd"/>
            <w:r w:rsidRPr="00951D50">
              <w:rPr>
                <w:b/>
                <w:color w:val="385F68"/>
                <w:lang w:val="de-DE"/>
              </w:rPr>
              <w:t xml:space="preserve"> war für euch am unklarsten oder weniger hilfreich - und warum?</w:t>
            </w:r>
          </w:p>
          <w:p w14:paraId="3E41B9D1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  <w:p w14:paraId="7A82541A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25FDFF72" w14:textId="77777777">
        <w:trPr>
          <w:jc w:val="center"/>
        </w:trPr>
        <w:tc>
          <w:tcPr>
            <w:tcW w:w="15422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D5CB8B" w14:textId="77777777" w:rsidR="0016515F" w:rsidRPr="00951D50" w:rsidRDefault="00000000">
            <w:pPr>
              <w:rPr>
                <w:lang w:val="de-DE"/>
              </w:rPr>
            </w:pPr>
            <w:r w:rsidRPr="00951D50">
              <w:rPr>
                <w:b/>
                <w:color w:val="385F68"/>
                <w:lang w:val="de-DE"/>
              </w:rPr>
              <w:t>Was war euer wichtigster Aha-Moment beim Testen?</w:t>
            </w:r>
          </w:p>
          <w:p w14:paraId="18EE49AC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  <w:p w14:paraId="088D0B7A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4F0A4C46" w14:textId="77777777">
        <w:trPr>
          <w:jc w:val="center"/>
        </w:trPr>
        <w:tc>
          <w:tcPr>
            <w:tcW w:w="15422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3D6DC4" w14:textId="77777777" w:rsidR="0016515F" w:rsidRPr="00951D50" w:rsidRDefault="00000000">
            <w:pPr>
              <w:rPr>
                <w:lang w:val="de-DE"/>
              </w:rPr>
            </w:pPr>
            <w:r w:rsidRPr="00951D50">
              <w:rPr>
                <w:b/>
                <w:color w:val="385F68"/>
                <w:lang w:val="de-DE"/>
              </w:rPr>
              <w:t>Was sollten wir als Nächstes verbessern oder vereinfachen?</w:t>
            </w:r>
          </w:p>
          <w:p w14:paraId="7BA8B843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  <w:p w14:paraId="12B1EE29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  <w:tr w:rsidR="0016515F" w14:paraId="770EF4EC" w14:textId="77777777">
        <w:trPr>
          <w:jc w:val="center"/>
        </w:trPr>
        <w:tc>
          <w:tcPr>
            <w:tcW w:w="15422" w:type="dxa"/>
            <w:tcBorders>
              <w:top w:val="single" w:sz="4" w:space="0" w:color="D8D0C5"/>
              <w:left w:val="single" w:sz="4" w:space="0" w:color="D8D0C5"/>
              <w:bottom w:val="single" w:sz="4" w:space="0" w:color="D8D0C5"/>
              <w:right w:val="single" w:sz="4" w:space="0" w:color="D8D0C5"/>
            </w:tcBorders>
            <w:shd w:val="clear" w:color="auto" w:fill="FFF8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1CE7CE" w14:textId="77777777" w:rsidR="0016515F" w:rsidRDefault="00000000">
            <w:r w:rsidRPr="00951D50">
              <w:rPr>
                <w:b/>
                <w:color w:val="385F68"/>
                <w:lang w:val="de-DE"/>
              </w:rPr>
              <w:t xml:space="preserve">Würdet ihr </w:t>
            </w:r>
            <w:proofErr w:type="spellStart"/>
            <w:r w:rsidRPr="00951D50">
              <w:rPr>
                <w:b/>
                <w:color w:val="385F68"/>
                <w:lang w:val="de-DE"/>
              </w:rPr>
              <w:t>TeamFairFamily</w:t>
            </w:r>
            <w:proofErr w:type="spellEnd"/>
            <w:r w:rsidRPr="00951D50">
              <w:rPr>
                <w:b/>
                <w:color w:val="385F68"/>
                <w:lang w:val="de-DE"/>
              </w:rPr>
              <w:t xml:space="preserve"> anderen Paaren empfehlen? </w:t>
            </w:r>
            <w:r>
              <w:rPr>
                <w:b/>
                <w:color w:val="385F68"/>
              </w:rPr>
              <w:t xml:space="preserve">□ Ja   □ </w:t>
            </w:r>
            <w:proofErr w:type="spellStart"/>
            <w:r>
              <w:rPr>
                <w:b/>
                <w:color w:val="385F68"/>
              </w:rPr>
              <w:t>Vielleicht</w:t>
            </w:r>
            <w:proofErr w:type="spellEnd"/>
            <w:r>
              <w:rPr>
                <w:b/>
                <w:color w:val="385F68"/>
              </w:rPr>
              <w:t xml:space="preserve">   □ Nein   Warum?</w:t>
            </w:r>
          </w:p>
          <w:p w14:paraId="44F5A386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  <w:p w14:paraId="1E8F35C8" w14:textId="77777777" w:rsidR="0016515F" w:rsidRDefault="00000000">
            <w:pPr>
              <w:spacing w:after="0"/>
            </w:pPr>
            <w:r>
              <w:rPr>
                <w:color w:val="7C7770"/>
                <w:sz w:val="15"/>
              </w:rPr>
              <w:t>____________________________________________</w:t>
            </w:r>
          </w:p>
        </w:tc>
      </w:tr>
    </w:tbl>
    <w:p w14:paraId="13D6F594" w14:textId="77777777" w:rsidR="0016515F" w:rsidRPr="00951D50" w:rsidRDefault="00000000">
      <w:pPr>
        <w:spacing w:before="240"/>
        <w:jc w:val="center"/>
        <w:rPr>
          <w:lang w:val="de-DE"/>
        </w:rPr>
      </w:pPr>
      <w:r w:rsidRPr="00951D50">
        <w:rPr>
          <w:b/>
          <w:color w:val="C9705D"/>
          <w:sz w:val="22"/>
          <w:lang w:val="de-DE"/>
        </w:rPr>
        <w:t xml:space="preserve">Danke fürs Testen. Eure Rückmeldung hilft uns, </w:t>
      </w:r>
      <w:proofErr w:type="spellStart"/>
      <w:r w:rsidRPr="00951D50">
        <w:rPr>
          <w:b/>
          <w:color w:val="C9705D"/>
          <w:sz w:val="22"/>
          <w:lang w:val="de-DE"/>
        </w:rPr>
        <w:t>TeamFairFamily</w:t>
      </w:r>
      <w:proofErr w:type="spellEnd"/>
      <w:r w:rsidRPr="00951D50">
        <w:rPr>
          <w:b/>
          <w:color w:val="C9705D"/>
          <w:sz w:val="22"/>
          <w:lang w:val="de-DE"/>
        </w:rPr>
        <w:t xml:space="preserve"> leichter, klarer und hilfreicher zu machen.</w:t>
      </w:r>
    </w:p>
    <w:p w14:paraId="3897DB59" w14:textId="77777777" w:rsidR="0016515F" w:rsidRPr="00951D50" w:rsidRDefault="00000000">
      <w:pPr>
        <w:jc w:val="center"/>
        <w:rPr>
          <w:lang w:val="de-DE"/>
        </w:rPr>
      </w:pPr>
      <w:r w:rsidRPr="00951D50">
        <w:rPr>
          <w:color w:val="385F68"/>
          <w:lang w:val="de-DE"/>
        </w:rPr>
        <w:t>Bitte sendet den ausgefüllten Bogen an kontakt@teamfairfamily.de</w:t>
      </w:r>
    </w:p>
    <w:sectPr w:rsidR="0016515F" w:rsidRPr="00951D50" w:rsidSect="0003461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652" w:right="709" w:bottom="652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CB62" w14:textId="77777777" w:rsidR="001D626E" w:rsidRDefault="001D626E">
      <w:pPr>
        <w:spacing w:after="0" w:line="240" w:lineRule="auto"/>
      </w:pPr>
      <w:r>
        <w:separator/>
      </w:r>
    </w:p>
  </w:endnote>
  <w:endnote w:type="continuationSeparator" w:id="0">
    <w:p w14:paraId="0D36DB2A" w14:textId="77777777" w:rsidR="001D626E" w:rsidRDefault="001D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6F281" w14:textId="77777777" w:rsidR="00763F50" w:rsidRDefault="00763F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AC53" w14:textId="77777777" w:rsidR="0016515F" w:rsidRDefault="00000000">
    <w:pPr>
      <w:pStyle w:val="Fuzeile"/>
      <w:jc w:val="center"/>
    </w:pPr>
    <w:r>
      <w:rPr>
        <w:color w:val="7C7770"/>
        <w:sz w:val="16"/>
      </w:rPr>
      <w:t>kontakt@teamfairfamily.de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F6F7C" w14:textId="77777777" w:rsidR="00763F50" w:rsidRDefault="00763F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BEA17" w14:textId="77777777" w:rsidR="001D626E" w:rsidRDefault="001D626E">
      <w:pPr>
        <w:spacing w:after="0" w:line="240" w:lineRule="auto"/>
      </w:pPr>
      <w:r>
        <w:separator/>
      </w:r>
    </w:p>
  </w:footnote>
  <w:footnote w:type="continuationSeparator" w:id="0">
    <w:p w14:paraId="1BEF87E9" w14:textId="77777777" w:rsidR="001D626E" w:rsidRDefault="001D6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BA15" w14:textId="77777777" w:rsidR="00763F50" w:rsidRDefault="00763F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CDDB" w14:textId="57365CC3" w:rsidR="0016515F" w:rsidRDefault="00000000">
    <w:pPr>
      <w:pStyle w:val="Kopfzeile"/>
      <w:jc w:val="right"/>
    </w:pPr>
    <w:proofErr w:type="spellStart"/>
    <w:r>
      <w:rPr>
        <w:color w:val="7C7770"/>
        <w:sz w:val="16"/>
      </w:rPr>
      <w:t>TeamFairFamily</w:t>
    </w:r>
    <w:proofErr w:type="spellEnd"/>
    <w:r>
      <w:rPr>
        <w:color w:val="7C7770"/>
        <w:sz w:val="16"/>
      </w:rPr>
      <w:t xml:space="preserve"> –</w:t>
    </w:r>
    <w:r w:rsidR="00763F50">
      <w:rPr>
        <w:color w:val="7C7770"/>
        <w:sz w:val="16"/>
      </w:rPr>
      <w:t xml:space="preserve"> </w:t>
    </w:r>
    <w:proofErr w:type="spellStart"/>
    <w:r>
      <w:rPr>
        <w:color w:val="7C7770"/>
        <w:sz w:val="16"/>
      </w:rPr>
      <w:t>Evaluationsbogen</w:t>
    </w:r>
    <w:proofErr w:type="spellEnd"/>
    <w:r>
      <w:rPr>
        <w:color w:val="7C7770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99F1D" w14:textId="77777777" w:rsidR="00763F50" w:rsidRDefault="00763F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7A3781"/>
    <w:multiLevelType w:val="hybridMultilevel"/>
    <w:tmpl w:val="C1601B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417170">
    <w:abstractNumId w:val="8"/>
  </w:num>
  <w:num w:numId="2" w16cid:durableId="355619044">
    <w:abstractNumId w:val="6"/>
  </w:num>
  <w:num w:numId="3" w16cid:durableId="1819418833">
    <w:abstractNumId w:val="5"/>
  </w:num>
  <w:num w:numId="4" w16cid:durableId="1891764532">
    <w:abstractNumId w:val="4"/>
  </w:num>
  <w:num w:numId="5" w16cid:durableId="373241067">
    <w:abstractNumId w:val="7"/>
  </w:num>
  <w:num w:numId="6" w16cid:durableId="1439371357">
    <w:abstractNumId w:val="3"/>
  </w:num>
  <w:num w:numId="7" w16cid:durableId="611548451">
    <w:abstractNumId w:val="2"/>
  </w:num>
  <w:num w:numId="8" w16cid:durableId="1243829902">
    <w:abstractNumId w:val="1"/>
  </w:num>
  <w:num w:numId="9" w16cid:durableId="299384532">
    <w:abstractNumId w:val="0"/>
  </w:num>
  <w:num w:numId="10" w16cid:durableId="752551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2106"/>
    <w:rsid w:val="0015074B"/>
    <w:rsid w:val="0016515F"/>
    <w:rsid w:val="001D626E"/>
    <w:rsid w:val="0029639D"/>
    <w:rsid w:val="00326F90"/>
    <w:rsid w:val="00763F50"/>
    <w:rsid w:val="00951D50"/>
    <w:rsid w:val="00997F70"/>
    <w:rsid w:val="00AA1D8D"/>
    <w:rsid w:val="00B47730"/>
    <w:rsid w:val="00CB0664"/>
    <w:rsid w:val="00CB56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6BCB7"/>
  <w14:defaultImageDpi w14:val="300"/>
  <w15:docId w15:val="{0EA9E5B3-80DC-49C4-A2EB-2E01FCB9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ptos" w:eastAsia="Aptos" w:hAnsi="Aptos"/>
      <w:color w:val="2C3434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85F6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5F68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5F6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85F68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533</Words>
  <Characters>3364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Lars Daul</cp:lastModifiedBy>
  <cp:revision>4</cp:revision>
  <dcterms:created xsi:type="dcterms:W3CDTF">2013-12-23T23:15:00Z</dcterms:created>
  <dcterms:modified xsi:type="dcterms:W3CDTF">2026-06-04T14:56:00Z</dcterms:modified>
  <cp:category/>
</cp:coreProperties>
</file>